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821E071" w14:textId="0B7ACC85" w:rsidR="00D65392" w:rsidRDefault="00F61ECF">
      <w:pPr>
        <w:spacing w:before="200" w:after="40"/>
        <w:jc w:val="center"/>
        <w:rPr>
          <w:rFonts w:asciiTheme="majorHAnsi" w:hAnsiTheme="majorHAnsi" w:cstheme="majorHAnsi"/>
          <w:b/>
          <w:color w:val="652177"/>
          <w:sz w:val="40"/>
        </w:rPr>
      </w:pPr>
      <w:r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04B7F4" wp14:editId="4CFA15D2">
                <wp:simplePos x="0" y="0"/>
                <wp:positionH relativeFrom="column">
                  <wp:posOffset>-1344295</wp:posOffset>
                </wp:positionH>
                <wp:positionV relativeFrom="paragraph">
                  <wp:posOffset>-579120</wp:posOffset>
                </wp:positionV>
                <wp:extent cx="9537065" cy="1752600"/>
                <wp:effectExtent l="0" t="0" r="0" b="0"/>
                <wp:wrapNone/>
                <wp:docPr id="1873787889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37065" cy="1752600"/>
                          <a:chOff x="0" y="0"/>
                          <a:chExt cx="9537065" cy="1657350"/>
                        </a:xfrm>
                      </wpg:grpSpPr>
                      <pic:pic xmlns:pic="http://schemas.openxmlformats.org/drawingml/2006/picture">
                        <pic:nvPicPr>
                          <pic:cNvPr id="94890790" name="Picture 5" descr="Shape, rectang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28650" y="0"/>
                            <a:ext cx="7867650" cy="1657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5684295" name="Text Box 335684295"/>
                        <wps:cNvSpPr txBox="1"/>
                        <wps:spPr>
                          <a:xfrm>
                            <a:off x="0" y="28575"/>
                            <a:ext cx="9537065" cy="3714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CC54AB" w14:textId="77777777" w:rsidR="00F61ECF" w:rsidRPr="00F61ECF" w:rsidRDefault="00F61ECF" w:rsidP="00F61ECF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F61ECF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FFFFFF" w:themeColor="background1"/>
                                  <w:sz w:val="28"/>
                                  <w:szCs w:val="28"/>
                                </w:rPr>
                                <w:t>Living ‘life in all its fullness’ (John 10:10)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661688" name="TextBox 4"/>
                        <wps:cNvSpPr txBox="1"/>
                        <wps:spPr>
                          <a:xfrm>
                            <a:off x="1390650" y="495300"/>
                            <a:ext cx="6545513" cy="90083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6D8D113" w14:textId="77777777" w:rsidR="00F61ECF" w:rsidRPr="00F61ECF" w:rsidRDefault="00F61ECF" w:rsidP="00F61ECF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FFFFFF"/>
                                  <w:kern w:val="24"/>
                                  <w:sz w:val="40"/>
                                  <w:szCs w:val="40"/>
                                </w:rPr>
                              </w:pPr>
                              <w:r w:rsidRPr="00F61ECF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FFFFFF"/>
                                  <w:kern w:val="24"/>
                                  <w:sz w:val="40"/>
                                  <w:szCs w:val="40"/>
                                </w:rPr>
                                <w:t>Oxford Diocesan Bucks Schools Trust (ODBST)</w:t>
                              </w:r>
                            </w:p>
                            <w:p w14:paraId="26D9C582" w14:textId="77777777" w:rsidR="00F61ECF" w:rsidRPr="00F61ECF" w:rsidRDefault="00F61ECF" w:rsidP="00F61ECF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i/>
                                  <w:iCs/>
                                  <w:color w:val="FFFFFF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 w:rsidRPr="00F61ECF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i/>
                                  <w:iCs/>
                                  <w:color w:val="FFFFFF"/>
                                  <w:kern w:val="24"/>
                                  <w:sz w:val="36"/>
                                  <w:szCs w:val="36"/>
                                </w:rPr>
                                <w:t>“</w:t>
                              </w:r>
                              <w:r w:rsidRPr="00F61ECF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i/>
                                  <w:iCs/>
                                  <w:color w:val="FFFFFF"/>
                                  <w:kern w:val="24"/>
                                  <w:sz w:val="32"/>
                                  <w:szCs w:val="32"/>
                                </w:rPr>
                                <w:t>ODBST - Empowering Lives, Flourishing Together</w:t>
                              </w:r>
                              <w:r w:rsidRPr="00F61ECF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i/>
                                  <w:iCs/>
                                  <w:color w:val="FFFFFF"/>
                                  <w:kern w:val="24"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04B7F4" id="Group 3" o:spid="_x0000_s1026" style="position:absolute;left:0;text-align:left;margin-left:-105.85pt;margin-top:-45.6pt;width:750.95pt;height:138pt;z-index:251659264;mso-height-relative:margin" coordsize="95370,16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Shape, rectangle&#10;&#10;Description automatically generated" style="position:absolute;left:6286;width:78677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">
                  <v:imagedata r:id="rId12" o:title="Shape, rectangle&#10;&#10;Description automatically generate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5684295" o:spid="_x0000_s1028" type="#_x0000_t202" style="position:absolute;top:285;width:95370;height:3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" filled="f" stroked="f" strokeweight=".5pt">
                  <v:textbox>
                    <w:txbxContent>
                      <w:p w14:paraId="11CC54AB" w14:textId="77777777" w:rsidR="00F61ECF" w:rsidRPr="00F61ECF" w:rsidRDefault="00F61ECF" w:rsidP="00F61ECF">
                        <w:pPr>
                          <w:jc w:val="center"/>
                          <w:rPr>
                            <w:rFonts w:asciiTheme="majorHAnsi" w:hAnsiTheme="majorHAnsi" w:cstheme="majorHAnsi"/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F61ECF">
                          <w:rPr>
                            <w:rFonts w:asciiTheme="majorHAnsi" w:hAnsiTheme="majorHAnsi" w:cstheme="majorHAnsi"/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>Living ‘life in all its fullness’ (John 10:10)</w:t>
                        </w:r>
                      </w:p>
                    </w:txbxContent>
                  </v:textbox>
                </v:shape>
                <v:shape id="TextBox 4" o:spid="_x0000_s1029" type="#_x0000_t202" style="position:absolute;left:13906;top:4953;width:65455;height:9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" filled="f" stroked="f">
                  <v:textbox>
                    <w:txbxContent>
                      <w:p w14:paraId="66D8D113" w14:textId="77777777" w:rsidR="00F61ECF" w:rsidRPr="00F61ECF" w:rsidRDefault="00F61ECF" w:rsidP="00F61ECF">
                        <w:pPr>
                          <w:jc w:val="center"/>
                          <w:rPr>
                            <w:rFonts w:asciiTheme="majorHAnsi" w:hAnsiTheme="majorHAnsi" w:cstheme="majorHAnsi"/>
                            <w:b/>
                            <w:bCs/>
                            <w:color w:val="FFFFFF"/>
                            <w:kern w:val="24"/>
                            <w:sz w:val="40"/>
                            <w:szCs w:val="40"/>
                          </w:rPr>
                        </w:pPr>
                        <w:r w:rsidRPr="00F61ECF">
                          <w:rPr>
                            <w:rFonts w:asciiTheme="majorHAnsi" w:hAnsiTheme="majorHAnsi" w:cstheme="majorHAnsi"/>
                            <w:b/>
                            <w:bCs/>
                            <w:color w:val="FFFFFF"/>
                            <w:kern w:val="24"/>
                            <w:sz w:val="40"/>
                            <w:szCs w:val="40"/>
                          </w:rPr>
                          <w:t>Oxford Diocesan Bucks Schools Trust (ODBST)</w:t>
                        </w:r>
                      </w:p>
                      <w:p w14:paraId="26D9C582" w14:textId="77777777" w:rsidR="00F61ECF" w:rsidRPr="00F61ECF" w:rsidRDefault="00F61ECF" w:rsidP="00F61ECF">
                        <w:pPr>
                          <w:jc w:val="center"/>
                          <w:rPr>
                            <w:rFonts w:asciiTheme="majorHAnsi" w:hAnsiTheme="majorHAnsi" w:cstheme="majorHAnsi"/>
                            <w:b/>
                            <w:bCs/>
                            <w:i/>
                            <w:iCs/>
                            <w:color w:val="FFFFFF"/>
                            <w:kern w:val="24"/>
                            <w:sz w:val="36"/>
                            <w:szCs w:val="36"/>
                          </w:rPr>
                        </w:pPr>
                        <w:r w:rsidRPr="00F61ECF">
                          <w:rPr>
                            <w:rFonts w:asciiTheme="majorHAnsi" w:hAnsiTheme="majorHAnsi" w:cstheme="majorHAnsi"/>
                            <w:b/>
                            <w:bCs/>
                            <w:i/>
                            <w:iCs/>
                            <w:color w:val="FFFFFF"/>
                            <w:kern w:val="24"/>
                            <w:sz w:val="36"/>
                            <w:szCs w:val="36"/>
                          </w:rPr>
                          <w:t>“</w:t>
                        </w:r>
                        <w:r w:rsidRPr="00F61ECF">
                          <w:rPr>
                            <w:rFonts w:asciiTheme="majorHAnsi" w:hAnsiTheme="majorHAnsi" w:cstheme="majorHAnsi"/>
                            <w:b/>
                            <w:bCs/>
                            <w:i/>
                            <w:iCs/>
                            <w:color w:val="FFFFFF"/>
                            <w:kern w:val="24"/>
                            <w:sz w:val="32"/>
                            <w:szCs w:val="32"/>
                          </w:rPr>
                          <w:t>ODBST - Empowering Lives, Flourishing Together</w:t>
                        </w:r>
                        <w:r w:rsidRPr="00F61ECF">
                          <w:rPr>
                            <w:rFonts w:asciiTheme="majorHAnsi" w:hAnsiTheme="majorHAnsi" w:cstheme="majorHAnsi"/>
                            <w:b/>
                            <w:bCs/>
                            <w:i/>
                            <w:iCs/>
                            <w:color w:val="FFFFFF"/>
                            <w:kern w:val="24"/>
                            <w:sz w:val="36"/>
                            <w:szCs w:val="36"/>
                          </w:rPr>
                          <w:t>”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810A8D3" w14:textId="77777777" w:rsidR="00D65392" w:rsidRDefault="00D65392">
      <w:pPr>
        <w:spacing w:before="200" w:after="40"/>
        <w:jc w:val="center"/>
        <w:rPr>
          <w:rFonts w:asciiTheme="majorHAnsi" w:hAnsiTheme="majorHAnsi" w:cstheme="majorHAnsi"/>
          <w:b/>
          <w:color w:val="652177"/>
          <w:sz w:val="40"/>
        </w:rPr>
      </w:pPr>
    </w:p>
    <w:p w14:paraId="3F4C7016" w14:textId="77777777" w:rsidR="00F61ECF" w:rsidRDefault="00F61ECF">
      <w:pPr>
        <w:spacing w:before="200" w:after="40"/>
        <w:jc w:val="center"/>
        <w:rPr>
          <w:rFonts w:asciiTheme="majorHAnsi" w:hAnsiTheme="majorHAnsi" w:cstheme="majorHAnsi"/>
          <w:b/>
          <w:color w:val="652177"/>
          <w:sz w:val="40"/>
        </w:rPr>
      </w:pPr>
    </w:p>
    <w:p w14:paraId="4908439F" w14:textId="77777777" w:rsidR="00F61ECF" w:rsidRDefault="00F61ECF">
      <w:pPr>
        <w:spacing w:before="200" w:after="40"/>
        <w:jc w:val="center"/>
        <w:rPr>
          <w:rFonts w:asciiTheme="majorHAnsi" w:hAnsiTheme="majorHAnsi" w:cstheme="majorHAnsi"/>
          <w:b/>
          <w:color w:val="652177"/>
          <w:sz w:val="40"/>
        </w:rPr>
      </w:pPr>
    </w:p>
    <w:p w14:paraId="557D4C1C" w14:textId="77777777" w:rsidR="00F61ECF" w:rsidRDefault="00F61ECF">
      <w:pPr>
        <w:spacing w:before="200" w:after="40"/>
        <w:jc w:val="center"/>
        <w:rPr>
          <w:rFonts w:asciiTheme="majorHAnsi" w:hAnsiTheme="majorHAnsi" w:cstheme="majorHAnsi"/>
          <w:b/>
          <w:color w:val="652177"/>
          <w:sz w:val="40"/>
        </w:rPr>
      </w:pPr>
    </w:p>
    <w:p w14:paraId="4E85D59D" w14:textId="77777777" w:rsidR="00F61ECF" w:rsidRDefault="00F61ECF">
      <w:pPr>
        <w:spacing w:before="200" w:after="40"/>
        <w:jc w:val="center"/>
        <w:rPr>
          <w:rFonts w:asciiTheme="majorHAnsi" w:hAnsiTheme="majorHAnsi" w:cstheme="majorHAnsi"/>
          <w:b/>
          <w:color w:val="652177"/>
          <w:sz w:val="40"/>
        </w:rPr>
      </w:pPr>
    </w:p>
    <w:p w14:paraId="36940BF0" w14:textId="42DDB56C" w:rsidR="00994949" w:rsidRPr="001B0FD3" w:rsidRDefault="00BC1BE7">
      <w:pPr>
        <w:spacing w:before="200" w:after="40"/>
        <w:jc w:val="center"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  <w:b/>
          <w:color w:val="652177"/>
          <w:sz w:val="40"/>
        </w:rPr>
        <w:t>LOCAL PROCEDURES AND CONTACTS SCHEDULE</w:t>
      </w:r>
    </w:p>
    <w:p w14:paraId="689AD917" w14:textId="3ECFAA5D" w:rsidR="00994949" w:rsidRPr="001B0FD3" w:rsidRDefault="00BC1BE7">
      <w:pPr>
        <w:spacing w:after="160"/>
        <w:jc w:val="center"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  <w:i/>
        </w:rPr>
        <w:t>For use alongside an approved ODBST policy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6"/>
      </w:tblGrid>
      <w:tr w:rsidR="00994949" w:rsidRPr="001B0FD3" w14:paraId="3A781A24" w14:textId="77777777">
        <w:tc>
          <w:tcPr>
            <w:tcW w:w="10166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86D4CE" w14:textId="77777777" w:rsidR="00056178" w:rsidRDefault="00BC1BE7">
            <w:pPr>
              <w:rPr>
                <w:rFonts w:asciiTheme="majorHAnsi" w:hAnsiTheme="majorHAnsi" w:cstheme="majorHAnsi"/>
                <w:color w:val="302D33"/>
                <w:sz w:val="18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t>Purpose of this schedule</w:t>
            </w:r>
            <w:r w:rsidR="001B0FD3" w:rsidRPr="001B0FD3">
              <w:rPr>
                <w:rFonts w:asciiTheme="majorHAnsi" w:hAnsiTheme="majorHAnsi" w:cstheme="majorHAnsi"/>
                <w:color w:val="302D33"/>
                <w:sz w:val="18"/>
              </w:rPr>
              <w:t>:</w:t>
            </w:r>
          </w:p>
          <w:p w14:paraId="092D7E0C" w14:textId="77777777" w:rsidR="00063848" w:rsidRDefault="00BC1BE7">
            <w:pPr>
              <w:rPr>
                <w:rFonts w:asciiTheme="majorHAnsi" w:hAnsiTheme="majorHAnsi" w:cstheme="majorHAnsi"/>
                <w:color w:val="302D33"/>
                <w:sz w:val="18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  <w:t>This document records the school-specific contacts, arrangements and procedures used to implement the linked ODBST policy.</w:t>
            </w:r>
          </w:p>
          <w:p w14:paraId="6F499F35" w14:textId="31495AE4" w:rsidR="00EB7479" w:rsidRDefault="00BC1BE7">
            <w:pPr>
              <w:rPr>
                <w:rFonts w:asciiTheme="majorHAnsi" w:hAnsiTheme="majorHAnsi" w:cstheme="majorHAnsi"/>
                <w:color w:val="302D33"/>
                <w:sz w:val="18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t xml:space="preserve">It must not reproduce, amend or replace the approved Trust policy. </w:t>
            </w:r>
          </w:p>
          <w:p w14:paraId="17873E92" w14:textId="183CCB22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t>The current Trust policy should be accessed through the link recorded below.</w:t>
            </w:r>
          </w:p>
        </w:tc>
      </w:tr>
    </w:tbl>
    <w:p w14:paraId="62A968CC" w14:textId="77777777" w:rsidR="004E60BA" w:rsidRDefault="004E60BA">
      <w:pPr>
        <w:pStyle w:val="SectionHeading"/>
        <w:keepNext/>
        <w:rPr>
          <w:rFonts w:asciiTheme="majorHAnsi" w:hAnsiTheme="majorHAnsi" w:cstheme="majorHAnsi"/>
        </w:rPr>
      </w:pPr>
    </w:p>
    <w:p w14:paraId="11DF46B0" w14:textId="77777777" w:rsidR="004E60BA" w:rsidRDefault="004E60BA">
      <w:pPr>
        <w:pStyle w:val="SectionHeading"/>
        <w:keepNext/>
        <w:rPr>
          <w:rFonts w:asciiTheme="majorHAnsi" w:hAnsiTheme="majorHAnsi" w:cstheme="majorHAnsi"/>
        </w:rPr>
      </w:pPr>
    </w:p>
    <w:p w14:paraId="2C8FAC46" w14:textId="182656DE" w:rsidR="00994949" w:rsidRPr="001B0FD3" w:rsidRDefault="00BC1BE7">
      <w:pPr>
        <w:pStyle w:val="SectionHeading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1. Linked Trust policy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24"/>
        <w:gridCol w:w="6623"/>
      </w:tblGrid>
      <w:tr w:rsidR="00994949" w:rsidRPr="001B0FD3" w14:paraId="0068DB9F" w14:textId="77777777">
        <w:trPr>
          <w:cantSplit/>
          <w:jc w:val="center"/>
        </w:trPr>
        <w:tc>
          <w:tcPr>
            <w:tcW w:w="3024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D0C110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652177"/>
                <w:sz w:val="18"/>
              </w:rPr>
              <w:t>Policy title</w:t>
            </w:r>
          </w:p>
        </w:tc>
        <w:tc>
          <w:tcPr>
            <w:tcW w:w="662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8B4F2A" w14:textId="561A810D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="00DC6CC1">
              <w:rPr>
                <w:rFonts w:asciiTheme="majorHAnsi" w:hAnsiTheme="majorHAnsi" w:cstheme="majorHAnsi"/>
              </w:rPr>
              <w:t>Allergy Policy</w:t>
            </w:r>
          </w:p>
        </w:tc>
      </w:tr>
      <w:tr w:rsidR="00994949" w:rsidRPr="001B0FD3" w14:paraId="24AAC402" w14:textId="77777777">
        <w:trPr>
          <w:cantSplit/>
          <w:jc w:val="center"/>
        </w:trPr>
        <w:tc>
          <w:tcPr>
            <w:tcW w:w="3024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BE22AD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652177"/>
                <w:sz w:val="18"/>
              </w:rPr>
              <w:t>ODBST policy level</w:t>
            </w:r>
          </w:p>
        </w:tc>
        <w:tc>
          <w:tcPr>
            <w:tcW w:w="662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F05C7F" w14:textId="77777777" w:rsidR="00DC6CC1" w:rsidRDefault="00BC1BE7" w:rsidP="00DC6CC1">
            <w:pPr>
              <w:rPr>
                <w:rFonts w:asciiTheme="majorHAnsi" w:hAnsiTheme="majorHAnsi" w:cstheme="majorHAnsi"/>
                <w:color w:val="302D33"/>
                <w:sz w:val="18"/>
              </w:rPr>
            </w:pPr>
            <w:r w:rsidRPr="00DC6CC1">
              <w:rPr>
                <w:rFonts w:ascii="Segoe UI Symbol" w:hAnsi="Segoe UI Symbol" w:cs="Segoe UI Symbol"/>
                <w:color w:val="302D33"/>
                <w:sz w:val="18"/>
              </w:rPr>
              <w:t>☐</w:t>
            </w:r>
            <w:r w:rsidRPr="00DC6CC1">
              <w:rPr>
                <w:rFonts w:asciiTheme="majorHAnsi" w:hAnsiTheme="majorHAnsi" w:cstheme="majorHAnsi"/>
                <w:color w:val="302D33"/>
                <w:sz w:val="18"/>
              </w:rPr>
              <w:t xml:space="preserve"> Level 1 Statutory   </w:t>
            </w:r>
          </w:p>
          <w:p w14:paraId="06451E5F" w14:textId="01191F99" w:rsidR="00994949" w:rsidRPr="00DC6CC1" w:rsidRDefault="00BC1BE7" w:rsidP="00DC6CC1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DC6CC1">
              <w:rPr>
                <w:rFonts w:asciiTheme="majorHAnsi" w:hAnsiTheme="majorHAnsi" w:cstheme="majorHAnsi"/>
                <w:color w:val="302D33"/>
                <w:sz w:val="18"/>
              </w:rPr>
              <w:t xml:space="preserve">Level 2 Trust   </w:t>
            </w:r>
          </w:p>
        </w:tc>
      </w:tr>
      <w:tr w:rsidR="00994949" w:rsidRPr="001B0FD3" w14:paraId="28ACE0E1" w14:textId="77777777">
        <w:trPr>
          <w:cantSplit/>
          <w:jc w:val="center"/>
        </w:trPr>
        <w:tc>
          <w:tcPr>
            <w:tcW w:w="3024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2E3B9F" w14:textId="05CE8FB0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652177"/>
                <w:sz w:val="18"/>
              </w:rPr>
              <w:t>Link to current ODBST policy</w:t>
            </w:r>
            <w:r w:rsidR="00DB6785">
              <w:rPr>
                <w:rFonts w:asciiTheme="majorHAnsi" w:hAnsiTheme="majorHAnsi" w:cstheme="majorHAnsi"/>
                <w:b/>
                <w:color w:val="652177"/>
                <w:sz w:val="18"/>
              </w:rPr>
              <w:t xml:space="preserve"> page</w:t>
            </w:r>
          </w:p>
        </w:tc>
        <w:tc>
          <w:tcPr>
            <w:tcW w:w="662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6B213C2" w14:textId="799F99A3" w:rsidR="00994949" w:rsidRPr="001B0FD3" w:rsidRDefault="000C115E">
            <w:pPr>
              <w:rPr>
                <w:rFonts w:asciiTheme="majorHAnsi" w:hAnsiTheme="majorHAnsi" w:cstheme="majorHAnsi"/>
              </w:rPr>
            </w:pPr>
            <w:hyperlink r:id="rId13" w:history="1">
              <w:r w:rsidRPr="000C115E">
                <w:rPr>
                  <w:rStyle w:val="Hyperlink"/>
                  <w:rFonts w:asciiTheme="majorHAnsi" w:hAnsiTheme="majorHAnsi" w:cstheme="majorHAnsi"/>
                  <w:sz w:val="18"/>
                </w:rPr>
                <w:t>Oxford Diocesan Bucks Schools Trust - ODBST Statutory policies</w:t>
              </w:r>
            </w:hyperlink>
            <w:r w:rsidR="00BC1BE7"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</w:tbl>
    <w:p w14:paraId="38E8C522" w14:textId="77777777" w:rsidR="00994949" w:rsidRDefault="00994949">
      <w:pPr>
        <w:spacing w:after="0"/>
        <w:rPr>
          <w:rFonts w:asciiTheme="majorHAnsi" w:hAnsiTheme="majorHAnsi" w:cstheme="majorHAnsi"/>
        </w:rPr>
      </w:pPr>
    </w:p>
    <w:p w14:paraId="310E9DCF" w14:textId="77777777" w:rsidR="00D113AF" w:rsidRDefault="00D113AF">
      <w:pPr>
        <w:spacing w:after="0"/>
        <w:rPr>
          <w:rFonts w:asciiTheme="majorHAnsi" w:hAnsiTheme="majorHAnsi" w:cstheme="majorHAnsi"/>
        </w:rPr>
      </w:pPr>
    </w:p>
    <w:p w14:paraId="6E273D0D" w14:textId="77777777" w:rsidR="00D113AF" w:rsidRDefault="00D113AF">
      <w:pPr>
        <w:spacing w:after="0"/>
        <w:rPr>
          <w:rFonts w:asciiTheme="majorHAnsi" w:hAnsiTheme="majorHAnsi" w:cstheme="majorHAnsi"/>
        </w:rPr>
      </w:pPr>
    </w:p>
    <w:p w14:paraId="1FFA7DEB" w14:textId="77777777" w:rsidR="00D113AF" w:rsidRDefault="00D113AF">
      <w:pPr>
        <w:spacing w:after="0"/>
        <w:rPr>
          <w:rFonts w:asciiTheme="majorHAnsi" w:hAnsiTheme="majorHAnsi" w:cstheme="majorHAnsi"/>
        </w:rPr>
      </w:pPr>
    </w:p>
    <w:p w14:paraId="66FB69D8" w14:textId="77777777" w:rsidR="00D113AF" w:rsidRDefault="00D113AF">
      <w:pPr>
        <w:spacing w:after="0"/>
        <w:rPr>
          <w:rFonts w:asciiTheme="majorHAnsi" w:hAnsiTheme="majorHAnsi" w:cstheme="majorHAnsi"/>
        </w:rPr>
      </w:pPr>
    </w:p>
    <w:p w14:paraId="038C05AA" w14:textId="77777777" w:rsidR="00D113AF" w:rsidRPr="001B0FD3" w:rsidRDefault="00D113AF">
      <w:pPr>
        <w:spacing w:after="0"/>
        <w:rPr>
          <w:rFonts w:asciiTheme="majorHAnsi" w:hAnsiTheme="majorHAnsi" w:cstheme="majorHAnsi"/>
        </w:rPr>
      </w:pPr>
    </w:p>
    <w:p w14:paraId="54DF7BD9" w14:textId="451082D5" w:rsidR="00994949" w:rsidRPr="001B0FD3" w:rsidRDefault="00994949">
      <w:pPr>
        <w:pStyle w:val="SectionHeading"/>
        <w:keepNext/>
        <w:rPr>
          <w:rFonts w:asciiTheme="majorHAnsi" w:hAnsiTheme="majorHAnsi" w:cstheme="majorHAnsi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24"/>
        <w:gridCol w:w="6623"/>
      </w:tblGrid>
      <w:tr w:rsidR="00994949" w:rsidRPr="001B0FD3" w14:paraId="47355FB0" w14:textId="77777777">
        <w:trPr>
          <w:cantSplit/>
          <w:jc w:val="center"/>
        </w:trPr>
        <w:tc>
          <w:tcPr>
            <w:tcW w:w="3024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9F0D26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652177"/>
                <w:sz w:val="18"/>
              </w:rPr>
              <w:t>School name</w:t>
            </w:r>
          </w:p>
        </w:tc>
        <w:tc>
          <w:tcPr>
            <w:tcW w:w="662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C83210" w14:textId="7D6E3219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="00DC6CC1">
              <w:rPr>
                <w:rFonts w:asciiTheme="majorHAnsi" w:hAnsiTheme="majorHAnsi" w:cstheme="majorHAnsi"/>
              </w:rPr>
              <w:t>Padbury CE School</w:t>
            </w:r>
          </w:p>
        </w:tc>
      </w:tr>
      <w:tr w:rsidR="00994949" w:rsidRPr="001B0FD3" w14:paraId="26C218E5" w14:textId="77777777">
        <w:trPr>
          <w:cantSplit/>
          <w:jc w:val="center"/>
        </w:trPr>
        <w:tc>
          <w:tcPr>
            <w:tcW w:w="3024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5A4AE8A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652177"/>
                <w:sz w:val="18"/>
              </w:rPr>
              <w:t>Local procedure owner</w:t>
            </w:r>
          </w:p>
        </w:tc>
        <w:tc>
          <w:tcPr>
            <w:tcW w:w="662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9C8C889" w14:textId="54CD5E12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="00DC6CC1">
              <w:rPr>
                <w:rFonts w:asciiTheme="majorHAnsi" w:hAnsiTheme="majorHAnsi" w:cstheme="majorHAnsi"/>
              </w:rPr>
              <w:t>Emma Gooding</w:t>
            </w:r>
          </w:p>
        </w:tc>
      </w:tr>
    </w:tbl>
    <w:p w14:paraId="733171E0" w14:textId="77777777" w:rsidR="00994949" w:rsidRPr="001B0FD3" w:rsidRDefault="00994949">
      <w:pPr>
        <w:spacing w:after="0"/>
        <w:rPr>
          <w:rFonts w:asciiTheme="majorHAnsi" w:hAnsiTheme="majorHAnsi" w:cstheme="majorHAnsi"/>
        </w:rPr>
      </w:pPr>
    </w:p>
    <w:p w14:paraId="4AEA8793" w14:textId="77777777" w:rsidR="00994949" w:rsidRPr="001B0FD3" w:rsidRDefault="00BC1BE7">
      <w:pPr>
        <w:pStyle w:val="SectionHeading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3. Key contacts</w:t>
      </w:r>
    </w:p>
    <w:p w14:paraId="225FED25" w14:textId="77777777" w:rsidR="00994949" w:rsidRPr="001B0FD3" w:rsidRDefault="00BC1BE7">
      <w:pPr>
        <w:pStyle w:val="Guidance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Complete only the roles relevant to the linked policy. Add or delete rows where necessary.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2592"/>
        <w:gridCol w:w="3888"/>
      </w:tblGrid>
      <w:tr w:rsidR="00994949" w:rsidRPr="001B0FD3" w14:paraId="0EFB37BF" w14:textId="77777777">
        <w:trPr>
          <w:tblHeader/>
          <w:jc w:val="center"/>
        </w:trPr>
        <w:tc>
          <w:tcPr>
            <w:tcW w:w="3168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51956A4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Role or function</w:t>
            </w:r>
          </w:p>
        </w:tc>
        <w:tc>
          <w:tcPr>
            <w:tcW w:w="2592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81DC63E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Name</w:t>
            </w:r>
          </w:p>
        </w:tc>
        <w:tc>
          <w:tcPr>
            <w:tcW w:w="3888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4B0B3F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Contact details / location</w:t>
            </w:r>
          </w:p>
        </w:tc>
      </w:tr>
      <w:tr w:rsidR="00994949" w:rsidRPr="001B0FD3" w14:paraId="439B6CFE" w14:textId="77777777">
        <w:trPr>
          <w:cantSplit/>
          <w:jc w:val="center"/>
        </w:trPr>
        <w:tc>
          <w:tcPr>
            <w:tcW w:w="316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6965548" w14:textId="31667F69" w:rsidR="00994949" w:rsidRPr="001B0FD3" w:rsidRDefault="00D836A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Admin Officer</w:t>
            </w:r>
            <w:r w:rsidR="00BC1BE7"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A435622" w14:textId="77777777" w:rsidR="00994949" w:rsidRDefault="00B16483">
            <w:pPr>
              <w:rPr>
                <w:rFonts w:asciiTheme="majorHAnsi" w:hAnsiTheme="majorHAnsi" w:cstheme="majorHAnsi"/>
                <w:color w:val="302D33"/>
                <w:sz w:val="18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Allergy Lead</w:t>
            </w:r>
          </w:p>
          <w:p w14:paraId="60527C27" w14:textId="1969CEF0" w:rsidR="005321FE" w:rsidRPr="001B0FD3" w:rsidRDefault="005321F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Donna Dawks</w:t>
            </w:r>
          </w:p>
        </w:tc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71CB91" w14:textId="2C81A0D6" w:rsidR="00994949" w:rsidRPr="001B0FD3" w:rsidRDefault="00B1648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Office@pdb.odbst.org</w:t>
            </w:r>
            <w:r w:rsidR="00BC1BE7"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30DBA2EC" w14:textId="77777777">
        <w:trPr>
          <w:cantSplit/>
          <w:jc w:val="center"/>
        </w:trPr>
        <w:tc>
          <w:tcPr>
            <w:tcW w:w="316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CB114A8" w14:textId="15F2B397" w:rsidR="00994949" w:rsidRPr="001B0FD3" w:rsidRDefault="00B1648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LSA</w:t>
            </w:r>
          </w:p>
        </w:tc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DAC68CB" w14:textId="77777777" w:rsidR="006D3E22" w:rsidRDefault="006D3E22">
            <w:pPr>
              <w:rPr>
                <w:rFonts w:asciiTheme="majorHAnsi" w:hAnsiTheme="majorHAnsi" w:cstheme="majorHAnsi"/>
                <w:color w:val="302D33"/>
                <w:sz w:val="18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 xml:space="preserve">Allergy Lead </w:t>
            </w:r>
          </w:p>
          <w:p w14:paraId="70723656" w14:textId="5A25F81D" w:rsidR="00994949" w:rsidRPr="001B0FD3" w:rsidRDefault="00B1648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Chalce White</w:t>
            </w:r>
          </w:p>
        </w:tc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89B821E" w14:textId="5CFECB2E" w:rsidR="00994949" w:rsidRPr="001B0FD3" w:rsidRDefault="00E76AE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Office@pdb.odbst.org</w:t>
            </w:r>
          </w:p>
        </w:tc>
      </w:tr>
      <w:tr w:rsidR="00994949" w:rsidRPr="001B0FD3" w14:paraId="6179BD92" w14:textId="77777777">
        <w:trPr>
          <w:cantSplit/>
          <w:jc w:val="center"/>
        </w:trPr>
        <w:tc>
          <w:tcPr>
            <w:tcW w:w="316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5061265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FCA4A8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456D29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296EAC87" w14:textId="77777777">
        <w:trPr>
          <w:cantSplit/>
          <w:jc w:val="center"/>
        </w:trPr>
        <w:tc>
          <w:tcPr>
            <w:tcW w:w="316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6A77A9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7D5E46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D9648AC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672721A3" w14:textId="77777777">
        <w:trPr>
          <w:cantSplit/>
          <w:jc w:val="center"/>
        </w:trPr>
        <w:tc>
          <w:tcPr>
            <w:tcW w:w="316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5DD79CF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C96A79A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A8C1FE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5F9798FF" w14:textId="77777777">
        <w:trPr>
          <w:cantSplit/>
          <w:jc w:val="center"/>
        </w:trPr>
        <w:tc>
          <w:tcPr>
            <w:tcW w:w="316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42476C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BAF8F1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ECEEF3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</w:tbl>
    <w:p w14:paraId="55D5673C" w14:textId="77777777" w:rsidR="00994949" w:rsidRPr="001B0FD3" w:rsidRDefault="00994949">
      <w:pPr>
        <w:spacing w:after="0"/>
        <w:rPr>
          <w:rFonts w:asciiTheme="majorHAnsi" w:hAnsiTheme="majorHAnsi" w:cstheme="majorHAnsi"/>
        </w:rPr>
      </w:pPr>
    </w:p>
    <w:p w14:paraId="76E63CDD" w14:textId="77777777" w:rsidR="00994949" w:rsidRPr="001B0FD3" w:rsidRDefault="00BC1BE7">
      <w:pPr>
        <w:pStyle w:val="SectionHeading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4. Local implementation arrangements</w:t>
      </w:r>
    </w:p>
    <w:p w14:paraId="79B9E2D7" w14:textId="77777777" w:rsidR="00994949" w:rsidRPr="001B0FD3" w:rsidRDefault="00BC1BE7">
      <w:pPr>
        <w:pStyle w:val="Guidance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Describe only what is specific to the school. Cross-reference the relevant section of the Trust policy where helpful.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92"/>
        <w:gridCol w:w="5328"/>
        <w:gridCol w:w="1728"/>
      </w:tblGrid>
      <w:tr w:rsidR="00994949" w:rsidRPr="001B0FD3" w14:paraId="6214D413" w14:textId="77777777">
        <w:trPr>
          <w:tblHeader/>
          <w:jc w:val="center"/>
        </w:trPr>
        <w:tc>
          <w:tcPr>
            <w:tcW w:w="2592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405C59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Trust policy section / requirement</w:t>
            </w:r>
          </w:p>
        </w:tc>
        <w:tc>
          <w:tcPr>
            <w:tcW w:w="5328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23A11E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School-specific arrangement or procedure</w:t>
            </w:r>
          </w:p>
        </w:tc>
        <w:tc>
          <w:tcPr>
            <w:tcW w:w="1728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E8CD32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Responsible role</w:t>
            </w:r>
          </w:p>
        </w:tc>
      </w:tr>
      <w:tr w:rsidR="00994949" w:rsidRPr="001B0FD3" w14:paraId="5BCCD5A4" w14:textId="77777777">
        <w:trPr>
          <w:cantSplit/>
          <w:jc w:val="center"/>
        </w:trPr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18BFBB" w14:textId="351EF641" w:rsidR="00994949" w:rsidRPr="001B0FD3" w:rsidRDefault="00385F2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6.1</w:t>
            </w:r>
            <w:r w:rsidR="00BC1BE7"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="00BC1BE7"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80592D" w14:textId="6DD5F338" w:rsidR="00994949" w:rsidRPr="001B0FD3" w:rsidRDefault="00DE5470">
            <w:pPr>
              <w:rPr>
                <w:rFonts w:asciiTheme="majorHAnsi" w:hAnsiTheme="majorHAnsi" w:cstheme="majorHAnsi"/>
              </w:rPr>
            </w:pPr>
            <w:r w:rsidRPr="00DE5470">
              <w:rPr>
                <w:rFonts w:asciiTheme="majorHAnsi" w:hAnsiTheme="majorHAnsi" w:cstheme="majorHAnsi"/>
                <w:color w:val="302D33"/>
                <w:sz w:val="18"/>
              </w:rPr>
              <w:t>The medical register</w:t>
            </w:r>
            <w:r w:rsidR="005321FE">
              <w:rPr>
                <w:rFonts w:asciiTheme="majorHAnsi" w:hAnsiTheme="majorHAnsi" w:cstheme="majorHAnsi"/>
                <w:color w:val="302D33"/>
                <w:sz w:val="18"/>
              </w:rPr>
              <w:t>/care plans</w:t>
            </w:r>
            <w:r w:rsidRPr="00DE5470">
              <w:rPr>
                <w:rFonts w:asciiTheme="majorHAnsi" w:hAnsiTheme="majorHAnsi" w:cstheme="majorHAnsi"/>
                <w:color w:val="302D33"/>
                <w:sz w:val="18"/>
              </w:rPr>
              <w:t xml:space="preserve"> is kept in the </w:t>
            </w:r>
            <w:r>
              <w:rPr>
                <w:rFonts w:asciiTheme="majorHAnsi" w:hAnsiTheme="majorHAnsi" w:cstheme="majorHAnsi"/>
                <w:color w:val="302D33"/>
                <w:sz w:val="18"/>
              </w:rPr>
              <w:t xml:space="preserve">office and a </w:t>
            </w:r>
            <w:r w:rsidR="005321FE">
              <w:rPr>
                <w:rFonts w:asciiTheme="majorHAnsi" w:hAnsiTheme="majorHAnsi" w:cstheme="majorHAnsi"/>
                <w:color w:val="302D33"/>
                <w:sz w:val="18"/>
              </w:rPr>
              <w:t>list of those children with allergies are</w:t>
            </w:r>
            <w:r>
              <w:rPr>
                <w:rFonts w:asciiTheme="majorHAnsi" w:hAnsiTheme="majorHAnsi" w:cstheme="majorHAnsi"/>
                <w:color w:val="302D33"/>
                <w:sz w:val="18"/>
              </w:rPr>
              <w:t xml:space="preserve"> in </w:t>
            </w:r>
            <w:r w:rsidR="005321FE">
              <w:rPr>
                <w:rFonts w:asciiTheme="majorHAnsi" w:hAnsiTheme="majorHAnsi" w:cstheme="majorHAnsi"/>
                <w:color w:val="302D33"/>
                <w:sz w:val="18"/>
              </w:rPr>
              <w:t xml:space="preserve">both </w:t>
            </w:r>
            <w:r>
              <w:rPr>
                <w:rFonts w:asciiTheme="majorHAnsi" w:hAnsiTheme="majorHAnsi" w:cstheme="majorHAnsi"/>
                <w:color w:val="302D33"/>
                <w:sz w:val="18"/>
              </w:rPr>
              <w:t>the kitchen</w:t>
            </w:r>
            <w:r w:rsidR="005321FE">
              <w:rPr>
                <w:rFonts w:asciiTheme="majorHAnsi" w:hAnsiTheme="majorHAnsi" w:cstheme="majorHAnsi"/>
                <w:color w:val="302D33"/>
                <w:sz w:val="18"/>
              </w:rPr>
              <w:t xml:space="preserve"> and first aid cupboard</w:t>
            </w:r>
            <w:r>
              <w:rPr>
                <w:rFonts w:asciiTheme="majorHAnsi" w:hAnsiTheme="majorHAnsi" w:cstheme="majorHAnsi"/>
                <w:color w:val="302D33"/>
                <w:sz w:val="18"/>
              </w:rPr>
              <w:t>. A</w:t>
            </w:r>
            <w:r w:rsidRPr="00DE5470">
              <w:rPr>
                <w:rFonts w:asciiTheme="majorHAnsi" w:hAnsiTheme="majorHAnsi" w:cstheme="majorHAnsi"/>
                <w:color w:val="302D33"/>
                <w:sz w:val="18"/>
              </w:rPr>
              <w:t xml:space="preserve">ll staff are made aware of this and can be checked quickly by any member of staff as part of initiating an emergency response. AAIs are </w:t>
            </w:r>
            <w:r>
              <w:rPr>
                <w:rFonts w:asciiTheme="majorHAnsi" w:hAnsiTheme="majorHAnsi" w:cstheme="majorHAnsi"/>
                <w:color w:val="302D33"/>
                <w:sz w:val="18"/>
              </w:rPr>
              <w:t xml:space="preserve">on the wall by the medical cupboard and are easily </w:t>
            </w:r>
            <w:r w:rsidR="003B0A23">
              <w:rPr>
                <w:rFonts w:asciiTheme="majorHAnsi" w:hAnsiTheme="majorHAnsi" w:cstheme="majorHAnsi"/>
                <w:color w:val="302D33"/>
                <w:sz w:val="18"/>
              </w:rPr>
              <w:t>accessible</w:t>
            </w:r>
            <w:r>
              <w:rPr>
                <w:rFonts w:asciiTheme="majorHAnsi" w:hAnsiTheme="majorHAnsi" w:cstheme="majorHAnsi"/>
                <w:color w:val="302D33"/>
                <w:sz w:val="18"/>
              </w:rPr>
              <w:t xml:space="preserve">. </w:t>
            </w:r>
            <w:r w:rsidR="00BC1BE7"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7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E9F0EF" w14:textId="43E09119" w:rsidR="00994949" w:rsidRPr="001B0FD3" w:rsidRDefault="003B0A2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Allergy Lead</w:t>
            </w:r>
            <w:r w:rsidR="005321FE">
              <w:rPr>
                <w:rFonts w:asciiTheme="majorHAnsi" w:hAnsiTheme="majorHAnsi" w:cstheme="majorHAnsi"/>
                <w:color w:val="302D33"/>
                <w:sz w:val="18"/>
              </w:rPr>
              <w:t>s</w:t>
            </w:r>
            <w:r w:rsidR="00BC1BE7"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="00BC1BE7"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5CB4DBC3" w14:textId="77777777">
        <w:trPr>
          <w:cantSplit/>
          <w:jc w:val="center"/>
        </w:trPr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2CE618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18407AD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7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275357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253EDE4F" w14:textId="77777777">
        <w:trPr>
          <w:cantSplit/>
          <w:jc w:val="center"/>
        </w:trPr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5FB9A9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lastRenderedPageBreak/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6243F6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7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D61DB8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3EF0B050" w14:textId="77777777">
        <w:trPr>
          <w:cantSplit/>
          <w:jc w:val="center"/>
        </w:trPr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7E33498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2659863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7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E9400D4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2BF42178" w14:textId="77777777">
        <w:trPr>
          <w:cantSplit/>
          <w:jc w:val="center"/>
        </w:trPr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A8CB19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84565A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7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F16D1F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75179B0C" w14:textId="77777777">
        <w:trPr>
          <w:cantSplit/>
          <w:jc w:val="center"/>
        </w:trPr>
        <w:tc>
          <w:tcPr>
            <w:tcW w:w="259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FB4BEF3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53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0E5F9E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72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772D75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</w:tbl>
    <w:p w14:paraId="729DE604" w14:textId="77777777" w:rsidR="00994949" w:rsidRPr="001B0FD3" w:rsidRDefault="00994949">
      <w:pPr>
        <w:spacing w:after="0"/>
        <w:rPr>
          <w:rFonts w:asciiTheme="majorHAnsi" w:hAnsiTheme="majorHAnsi" w:cstheme="majorHAnsi"/>
        </w:rPr>
      </w:pPr>
    </w:p>
    <w:p w14:paraId="2E8E10CE" w14:textId="77777777" w:rsidR="00994949" w:rsidRPr="001B0FD3" w:rsidRDefault="00BC1BE7">
      <w:pPr>
        <w:pStyle w:val="SectionHeading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6. Records, forms and supporting resources</w:t>
      </w:r>
    </w:p>
    <w:p w14:paraId="1B27714D" w14:textId="77777777" w:rsidR="00994949" w:rsidRPr="001B0FD3" w:rsidRDefault="00BC1BE7">
      <w:pPr>
        <w:pStyle w:val="Guidance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List the local documents, systems or resources used. Do not name a local document as a policy.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464"/>
        <w:gridCol w:w="3600"/>
        <w:gridCol w:w="1584"/>
      </w:tblGrid>
      <w:tr w:rsidR="00994949" w:rsidRPr="001B0FD3" w14:paraId="43B203CF" w14:textId="77777777">
        <w:trPr>
          <w:tblHeader/>
          <w:jc w:val="center"/>
        </w:trPr>
        <w:tc>
          <w:tcPr>
            <w:tcW w:w="4464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324EDE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Document, form, system or resource</w:t>
            </w:r>
          </w:p>
        </w:tc>
        <w:tc>
          <w:tcPr>
            <w:tcW w:w="3600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0887D2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Where it is stored / accessed</w:t>
            </w:r>
          </w:p>
        </w:tc>
        <w:tc>
          <w:tcPr>
            <w:tcW w:w="1584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E4F4FB6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Owner</w:t>
            </w:r>
          </w:p>
        </w:tc>
      </w:tr>
      <w:tr w:rsidR="00994949" w:rsidRPr="001B0FD3" w14:paraId="2672F082" w14:textId="77777777">
        <w:trPr>
          <w:cantSplit/>
          <w:jc w:val="center"/>
        </w:trPr>
        <w:tc>
          <w:tcPr>
            <w:tcW w:w="44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48FE6F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55A0D2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58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07707B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64B5199D" w14:textId="77777777">
        <w:trPr>
          <w:cantSplit/>
          <w:jc w:val="center"/>
        </w:trPr>
        <w:tc>
          <w:tcPr>
            <w:tcW w:w="44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816C31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2059C8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58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214086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0FCC1455" w14:textId="77777777">
        <w:trPr>
          <w:cantSplit/>
          <w:jc w:val="center"/>
        </w:trPr>
        <w:tc>
          <w:tcPr>
            <w:tcW w:w="44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2A47A13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EBDCCE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58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582A3A0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5D3BCC79" w14:textId="77777777">
        <w:trPr>
          <w:cantSplit/>
          <w:jc w:val="center"/>
        </w:trPr>
        <w:tc>
          <w:tcPr>
            <w:tcW w:w="44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34C73D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6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ACC3824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58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9293C5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</w:tbl>
    <w:p w14:paraId="27F41FB0" w14:textId="77777777" w:rsidR="00994949" w:rsidRPr="001B0FD3" w:rsidRDefault="00994949">
      <w:pPr>
        <w:spacing w:after="0"/>
        <w:rPr>
          <w:rFonts w:asciiTheme="majorHAnsi" w:hAnsiTheme="majorHAnsi" w:cstheme="majorHAnsi"/>
        </w:rPr>
      </w:pPr>
    </w:p>
    <w:p w14:paraId="5B705A75" w14:textId="77777777" w:rsidR="00994949" w:rsidRPr="001B0FD3" w:rsidRDefault="00BC1BE7">
      <w:pPr>
        <w:pStyle w:val="SectionHeading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9. School-specific considerations</w:t>
      </w:r>
    </w:p>
    <w:p w14:paraId="004B2B33" w14:textId="77777777" w:rsidR="00994949" w:rsidRPr="001B0FD3" w:rsidRDefault="00BC1BE7">
      <w:pPr>
        <w:pStyle w:val="Guidance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Record any local circumstances, risks or accessibility arrangements that affect implementation. If none, state “None identified”.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888"/>
        <w:gridCol w:w="3888"/>
        <w:gridCol w:w="1872"/>
      </w:tblGrid>
      <w:tr w:rsidR="00994949" w:rsidRPr="001B0FD3" w14:paraId="7197D141" w14:textId="77777777">
        <w:trPr>
          <w:tblHeader/>
          <w:jc w:val="center"/>
        </w:trPr>
        <w:tc>
          <w:tcPr>
            <w:tcW w:w="3888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EC4FE32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Local consideration or risk</w:t>
            </w:r>
          </w:p>
        </w:tc>
        <w:tc>
          <w:tcPr>
            <w:tcW w:w="3888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58A69F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Action / control</w:t>
            </w:r>
          </w:p>
        </w:tc>
        <w:tc>
          <w:tcPr>
            <w:tcW w:w="1872" w:type="dxa"/>
            <w:shd w:val="clear" w:color="auto" w:fill="65217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FCFD8C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FFFFFF"/>
                <w:sz w:val="18"/>
              </w:rPr>
              <w:t>Review arrangements</w:t>
            </w:r>
          </w:p>
        </w:tc>
      </w:tr>
      <w:tr w:rsidR="00994949" w:rsidRPr="001B0FD3" w14:paraId="72AB3008" w14:textId="77777777">
        <w:trPr>
          <w:cantSplit/>
          <w:jc w:val="center"/>
        </w:trPr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8438BF1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25C9AF5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87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B16CE4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3B58BB87" w14:textId="77777777">
        <w:trPr>
          <w:cantSplit/>
          <w:jc w:val="center"/>
        </w:trPr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5EA582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0036C8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87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142663C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1913908D" w14:textId="77777777">
        <w:trPr>
          <w:cantSplit/>
          <w:jc w:val="center"/>
        </w:trPr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61EF891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lastRenderedPageBreak/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388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D32BA4C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  <w:tc>
          <w:tcPr>
            <w:tcW w:w="187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21FDD5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</w:tbl>
    <w:p w14:paraId="1E9D1F3B" w14:textId="77777777" w:rsidR="00994949" w:rsidRPr="001B0FD3" w:rsidRDefault="00994949">
      <w:pPr>
        <w:spacing w:after="0"/>
        <w:rPr>
          <w:rFonts w:asciiTheme="majorHAnsi" w:hAnsiTheme="majorHAnsi" w:cstheme="majorHAnsi"/>
        </w:rPr>
      </w:pPr>
    </w:p>
    <w:p w14:paraId="0CC3E225" w14:textId="77777777" w:rsidR="00994949" w:rsidRPr="001B0FD3" w:rsidRDefault="00BC1BE7">
      <w:pPr>
        <w:pStyle w:val="SectionHeading"/>
        <w:keepNext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10. Review and sign-off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24"/>
        <w:gridCol w:w="6623"/>
      </w:tblGrid>
      <w:tr w:rsidR="00994949" w:rsidRPr="001B0FD3" w14:paraId="2C65DFE6" w14:textId="77777777">
        <w:trPr>
          <w:cantSplit/>
          <w:jc w:val="center"/>
        </w:trPr>
        <w:tc>
          <w:tcPr>
            <w:tcW w:w="3024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C75266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652177"/>
                <w:sz w:val="18"/>
              </w:rPr>
              <w:t>Completed by</w:t>
            </w:r>
          </w:p>
        </w:tc>
        <w:tc>
          <w:tcPr>
            <w:tcW w:w="662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B0EC4B" w14:textId="17598149" w:rsidR="00994949" w:rsidRPr="001B0FD3" w:rsidRDefault="003B0A2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Emma Gooding</w:t>
            </w:r>
            <w:r w:rsidR="00BC1BE7"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</w:p>
        </w:tc>
      </w:tr>
      <w:tr w:rsidR="00994949" w:rsidRPr="001B0FD3" w14:paraId="782F1DB3" w14:textId="77777777">
        <w:trPr>
          <w:cantSplit/>
          <w:jc w:val="center"/>
        </w:trPr>
        <w:tc>
          <w:tcPr>
            <w:tcW w:w="3024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B4B4E8C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652177"/>
                <w:sz w:val="18"/>
              </w:rPr>
              <w:t>Role</w:t>
            </w:r>
          </w:p>
        </w:tc>
        <w:tc>
          <w:tcPr>
            <w:tcW w:w="662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3114273" w14:textId="787C25EC" w:rsidR="00994949" w:rsidRPr="001B0FD3" w:rsidRDefault="003B0A2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HOS</w:t>
            </w:r>
          </w:p>
        </w:tc>
      </w:tr>
      <w:tr w:rsidR="00994949" w:rsidRPr="001B0FD3" w14:paraId="14DA2992" w14:textId="77777777">
        <w:trPr>
          <w:cantSplit/>
          <w:jc w:val="center"/>
        </w:trPr>
        <w:tc>
          <w:tcPr>
            <w:tcW w:w="3024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29359D5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652177"/>
                <w:sz w:val="18"/>
              </w:rPr>
              <w:t>Date</w:t>
            </w:r>
          </w:p>
        </w:tc>
        <w:tc>
          <w:tcPr>
            <w:tcW w:w="662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EA1952" w14:textId="01B7FC2D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color w:val="302D33"/>
                <w:sz w:val="18"/>
              </w:rPr>
              <w:br/>
            </w:r>
            <w:r w:rsidR="003B0A23">
              <w:rPr>
                <w:rFonts w:asciiTheme="majorHAnsi" w:hAnsiTheme="majorHAnsi" w:cstheme="majorHAnsi"/>
              </w:rPr>
              <w:t>19.09.26</w:t>
            </w:r>
          </w:p>
        </w:tc>
      </w:tr>
      <w:tr w:rsidR="00994949" w:rsidRPr="001B0FD3" w14:paraId="5C7625FD" w14:textId="77777777">
        <w:trPr>
          <w:cantSplit/>
          <w:jc w:val="center"/>
        </w:trPr>
        <w:tc>
          <w:tcPr>
            <w:tcW w:w="3024" w:type="dxa"/>
            <w:shd w:val="clear" w:color="auto" w:fill="F2EA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798428" w14:textId="77777777" w:rsidR="00994949" w:rsidRPr="001B0FD3" w:rsidRDefault="00BC1BE7">
            <w:pPr>
              <w:rPr>
                <w:rFonts w:asciiTheme="majorHAnsi" w:hAnsiTheme="majorHAnsi" w:cstheme="majorHAnsi"/>
              </w:rPr>
            </w:pPr>
            <w:r w:rsidRPr="001B0FD3">
              <w:rPr>
                <w:rFonts w:asciiTheme="majorHAnsi" w:hAnsiTheme="majorHAnsi" w:cstheme="majorHAnsi"/>
                <w:b/>
                <w:color w:val="652177"/>
                <w:sz w:val="18"/>
              </w:rPr>
              <w:t>Headteacher approval</w:t>
            </w:r>
          </w:p>
        </w:tc>
        <w:tc>
          <w:tcPr>
            <w:tcW w:w="662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CFBC43" w14:textId="03EAAEBF" w:rsidR="00994949" w:rsidRPr="001B0FD3" w:rsidRDefault="003B0A2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02D33"/>
                <w:sz w:val="18"/>
              </w:rPr>
              <w:t>Emma Gooding 19.09.26</w:t>
            </w:r>
          </w:p>
        </w:tc>
      </w:tr>
    </w:tbl>
    <w:p w14:paraId="7D2C75A2" w14:textId="77777777" w:rsidR="00994949" w:rsidRPr="001B0FD3" w:rsidRDefault="00994949">
      <w:pPr>
        <w:spacing w:after="0"/>
        <w:rPr>
          <w:rFonts w:asciiTheme="majorHAnsi" w:hAnsiTheme="majorHAnsi" w:cstheme="majorHAnsi"/>
        </w:rPr>
      </w:pPr>
    </w:p>
    <w:p w14:paraId="2DA9CCDA" w14:textId="77777777" w:rsidR="00994949" w:rsidRPr="001B0FD3" w:rsidRDefault="00BC1BE7">
      <w:pPr>
        <w:spacing w:before="160"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  <w:b/>
          <w:color w:val="652177"/>
        </w:rPr>
        <w:t>Local review prompt</w:t>
      </w:r>
    </w:p>
    <w:p w14:paraId="66248A8E" w14:textId="77777777" w:rsidR="00994949" w:rsidRPr="001B0FD3" w:rsidRDefault="00BC1BE7">
      <w:pPr>
        <w:pStyle w:val="Guidance"/>
        <w:rPr>
          <w:rFonts w:asciiTheme="majorHAnsi" w:hAnsiTheme="majorHAnsi" w:cstheme="majorHAnsi"/>
        </w:rPr>
      </w:pPr>
      <w:r w:rsidRPr="001B0FD3">
        <w:rPr>
          <w:rFonts w:asciiTheme="majorHAnsi" w:hAnsiTheme="majorHAnsi" w:cstheme="majorHAnsi"/>
        </w:rPr>
        <w:t>Review this schedule when the Trust policy changes, when named contacts or local arrangements change, or by the local review date above, whichever is sooner.</w:t>
      </w:r>
    </w:p>
    <w:sectPr w:rsidR="00994949" w:rsidRPr="001B0FD3" w:rsidSect="00034616">
      <w:footerReference w:type="default" r:id="rId14"/>
      <w:pgSz w:w="12240" w:h="15840"/>
      <w:pgMar w:top="792" w:right="1037" w:bottom="792" w:left="1037" w:header="288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2F8D1" w14:textId="77777777" w:rsidR="00827492" w:rsidRDefault="00827492">
      <w:pPr>
        <w:spacing w:before="0" w:after="0" w:line="240" w:lineRule="auto"/>
      </w:pPr>
      <w:r>
        <w:separator/>
      </w:r>
    </w:p>
  </w:endnote>
  <w:endnote w:type="continuationSeparator" w:id="0">
    <w:p w14:paraId="56225438" w14:textId="77777777" w:rsidR="00827492" w:rsidRDefault="0082749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439F8" w14:textId="53D22B06" w:rsidR="00994949" w:rsidRPr="00D65392" w:rsidRDefault="00BC1BE7" w:rsidP="00D65392">
    <w:pPr>
      <w:pStyle w:val="Footer"/>
      <w:jc w:val="center"/>
      <w:rPr>
        <w:rFonts w:ascii="Aptos" w:hAnsi="Aptos"/>
        <w:color w:val="777777"/>
        <w:sz w:val="15"/>
      </w:rPr>
    </w:pPr>
    <w:r>
      <w:rPr>
        <w:rFonts w:ascii="Aptos" w:hAnsi="Aptos"/>
        <w:color w:val="777777"/>
        <w:sz w:val="15"/>
      </w:rPr>
      <w:t>ODBST Local Procedures and Contacts Schedule</w:t>
    </w:r>
    <w:r w:rsidR="00D65392">
      <w:rPr>
        <w:rFonts w:ascii="Aptos" w:hAnsi="Aptos"/>
        <w:color w:val="777777"/>
        <w:sz w:val="15"/>
      </w:rPr>
      <w:t xml:space="preserve">. </w:t>
    </w:r>
    <w:r>
      <w:rPr>
        <w:rFonts w:ascii="Aptos" w:hAnsi="Aptos"/>
        <w:color w:val="777777"/>
        <w:sz w:val="15"/>
      </w:rPr>
      <w:t>Controlled locally by the school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45802" w14:textId="77777777" w:rsidR="00827492" w:rsidRDefault="00827492">
      <w:pPr>
        <w:spacing w:before="0" w:after="0" w:line="240" w:lineRule="auto"/>
      </w:pPr>
      <w:r>
        <w:separator/>
      </w:r>
    </w:p>
  </w:footnote>
  <w:footnote w:type="continuationSeparator" w:id="0">
    <w:p w14:paraId="2460E03E" w14:textId="77777777" w:rsidR="00827492" w:rsidRDefault="0082749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0AE3BDE"/>
    <w:multiLevelType w:val="hybridMultilevel"/>
    <w:tmpl w:val="69A43D7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7020EF"/>
    <w:multiLevelType w:val="hybridMultilevel"/>
    <w:tmpl w:val="49D0302C"/>
    <w:lvl w:ilvl="0" w:tplc="080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5C463993"/>
    <w:multiLevelType w:val="hybridMultilevel"/>
    <w:tmpl w:val="0EE01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572891">
    <w:abstractNumId w:val="8"/>
  </w:num>
  <w:num w:numId="2" w16cid:durableId="607589670">
    <w:abstractNumId w:val="6"/>
  </w:num>
  <w:num w:numId="3" w16cid:durableId="445008088">
    <w:abstractNumId w:val="5"/>
  </w:num>
  <w:num w:numId="4" w16cid:durableId="1805388014">
    <w:abstractNumId w:val="4"/>
  </w:num>
  <w:num w:numId="5" w16cid:durableId="139543446">
    <w:abstractNumId w:val="7"/>
  </w:num>
  <w:num w:numId="6" w16cid:durableId="1759133766">
    <w:abstractNumId w:val="3"/>
  </w:num>
  <w:num w:numId="7" w16cid:durableId="917665530">
    <w:abstractNumId w:val="2"/>
  </w:num>
  <w:num w:numId="8" w16cid:durableId="1366058760">
    <w:abstractNumId w:val="1"/>
  </w:num>
  <w:num w:numId="9" w16cid:durableId="637806763">
    <w:abstractNumId w:val="0"/>
  </w:num>
  <w:num w:numId="10" w16cid:durableId="112602460">
    <w:abstractNumId w:val="11"/>
  </w:num>
  <w:num w:numId="11" w16cid:durableId="1919633880">
    <w:abstractNumId w:val="9"/>
  </w:num>
  <w:num w:numId="12" w16cid:durableId="20057457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6178"/>
    <w:rsid w:val="0006063C"/>
    <w:rsid w:val="00063848"/>
    <w:rsid w:val="000C115E"/>
    <w:rsid w:val="000C534D"/>
    <w:rsid w:val="001004F0"/>
    <w:rsid w:val="001316CE"/>
    <w:rsid w:val="0015074B"/>
    <w:rsid w:val="001B0FD3"/>
    <w:rsid w:val="001E23B3"/>
    <w:rsid w:val="00260B21"/>
    <w:rsid w:val="00262C1B"/>
    <w:rsid w:val="0029639D"/>
    <w:rsid w:val="002E5F38"/>
    <w:rsid w:val="00326F90"/>
    <w:rsid w:val="00385F2A"/>
    <w:rsid w:val="00386166"/>
    <w:rsid w:val="003B0A23"/>
    <w:rsid w:val="004E60BA"/>
    <w:rsid w:val="005321FE"/>
    <w:rsid w:val="006D3E22"/>
    <w:rsid w:val="00773EC1"/>
    <w:rsid w:val="00802C71"/>
    <w:rsid w:val="00827492"/>
    <w:rsid w:val="00870A33"/>
    <w:rsid w:val="008A6632"/>
    <w:rsid w:val="00994949"/>
    <w:rsid w:val="00AA1D8D"/>
    <w:rsid w:val="00AB4CBC"/>
    <w:rsid w:val="00AC5BDB"/>
    <w:rsid w:val="00AF2BD5"/>
    <w:rsid w:val="00B16483"/>
    <w:rsid w:val="00B47730"/>
    <w:rsid w:val="00B95C1D"/>
    <w:rsid w:val="00BC1BE7"/>
    <w:rsid w:val="00CB0664"/>
    <w:rsid w:val="00D113AF"/>
    <w:rsid w:val="00D4600E"/>
    <w:rsid w:val="00D65392"/>
    <w:rsid w:val="00D836AB"/>
    <w:rsid w:val="00DB6785"/>
    <w:rsid w:val="00DC6CC1"/>
    <w:rsid w:val="00DE5470"/>
    <w:rsid w:val="00E63CFB"/>
    <w:rsid w:val="00E76AEC"/>
    <w:rsid w:val="00EB7479"/>
    <w:rsid w:val="00F61ECF"/>
    <w:rsid w:val="00FA6B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B8C7860E-5B63-462E-A48B-E98467C5C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34D"/>
  </w:style>
  <w:style w:type="paragraph" w:styleId="Heading1">
    <w:name w:val="heading 1"/>
    <w:basedOn w:val="Normal"/>
    <w:next w:val="Normal"/>
    <w:link w:val="Heading1Char"/>
    <w:uiPriority w:val="9"/>
    <w:qFormat/>
    <w:rsid w:val="000C534D"/>
    <w:pPr>
      <w:pBdr>
        <w:top w:val="single" w:sz="24" w:space="0" w:color="671E75" w:themeColor="accent1"/>
        <w:left w:val="single" w:sz="24" w:space="0" w:color="671E75" w:themeColor="accent1"/>
        <w:bottom w:val="single" w:sz="24" w:space="0" w:color="671E75" w:themeColor="accent1"/>
        <w:right w:val="single" w:sz="24" w:space="0" w:color="671E75" w:themeColor="accent1"/>
      </w:pBdr>
      <w:shd w:val="clear" w:color="auto" w:fill="671E7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534D"/>
    <w:pPr>
      <w:pBdr>
        <w:top w:val="single" w:sz="24" w:space="0" w:color="E9C5F0" w:themeColor="accent1" w:themeTint="33"/>
        <w:left w:val="single" w:sz="24" w:space="0" w:color="E9C5F0" w:themeColor="accent1" w:themeTint="33"/>
        <w:bottom w:val="single" w:sz="24" w:space="0" w:color="E9C5F0" w:themeColor="accent1" w:themeTint="33"/>
        <w:right w:val="single" w:sz="24" w:space="0" w:color="E9C5F0" w:themeColor="accent1" w:themeTint="33"/>
      </w:pBdr>
      <w:shd w:val="clear" w:color="auto" w:fill="E9C5F0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534D"/>
    <w:pPr>
      <w:pBdr>
        <w:top w:val="single" w:sz="6" w:space="2" w:color="671E75" w:themeColor="accent1"/>
      </w:pBdr>
      <w:spacing w:before="300" w:after="0"/>
      <w:outlineLvl w:val="2"/>
    </w:pPr>
    <w:rPr>
      <w:caps/>
      <w:color w:val="320F3A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34D"/>
    <w:pPr>
      <w:pBdr>
        <w:top w:val="dotted" w:sz="6" w:space="2" w:color="671E75" w:themeColor="accent1"/>
      </w:pBdr>
      <w:spacing w:before="200" w:after="0"/>
      <w:outlineLvl w:val="3"/>
    </w:pPr>
    <w:rPr>
      <w:caps/>
      <w:color w:val="4C1657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534D"/>
    <w:pPr>
      <w:pBdr>
        <w:bottom w:val="single" w:sz="6" w:space="1" w:color="671E75" w:themeColor="accent1"/>
      </w:pBdr>
      <w:spacing w:before="200" w:after="0"/>
      <w:outlineLvl w:val="4"/>
    </w:pPr>
    <w:rPr>
      <w:caps/>
      <w:color w:val="4C1657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534D"/>
    <w:pPr>
      <w:pBdr>
        <w:bottom w:val="dotted" w:sz="6" w:space="1" w:color="671E75" w:themeColor="accent1"/>
      </w:pBdr>
      <w:spacing w:before="200" w:after="0"/>
      <w:outlineLvl w:val="5"/>
    </w:pPr>
    <w:rPr>
      <w:caps/>
      <w:color w:val="4C1657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534D"/>
    <w:pPr>
      <w:spacing w:before="200" w:after="0"/>
      <w:outlineLvl w:val="6"/>
    </w:pPr>
    <w:rPr>
      <w:caps/>
      <w:color w:val="4C1657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534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534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0C534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C534D"/>
    <w:rPr>
      <w:caps/>
      <w:color w:val="FFFFFF" w:themeColor="background1"/>
      <w:spacing w:val="15"/>
      <w:sz w:val="22"/>
      <w:szCs w:val="22"/>
      <w:shd w:val="clear" w:color="auto" w:fill="671E75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C534D"/>
    <w:rPr>
      <w:caps/>
      <w:spacing w:val="15"/>
      <w:shd w:val="clear" w:color="auto" w:fill="E9C5F0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0C534D"/>
    <w:rPr>
      <w:caps/>
      <w:color w:val="320F3A" w:themeColor="accent1" w:themeShade="7F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0C534D"/>
    <w:pPr>
      <w:spacing w:before="0" w:after="0"/>
    </w:pPr>
    <w:rPr>
      <w:rFonts w:asciiTheme="majorHAnsi" w:eastAsiaTheme="majorEastAsia" w:hAnsiTheme="majorHAnsi" w:cstheme="majorBidi"/>
      <w:caps/>
      <w:color w:val="671E7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C534D"/>
    <w:rPr>
      <w:rFonts w:asciiTheme="majorHAnsi" w:eastAsiaTheme="majorEastAsia" w:hAnsiTheme="majorHAnsi" w:cstheme="majorBidi"/>
      <w:caps/>
      <w:color w:val="671E7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34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0C534D"/>
    <w:rPr>
      <w:caps/>
      <w:color w:val="595959" w:themeColor="text1" w:themeTint="A6"/>
      <w:spacing w:val="10"/>
      <w:sz w:val="21"/>
      <w:szCs w:val="21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0C534D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C534D"/>
    <w:rPr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34D"/>
    <w:rPr>
      <w:caps/>
      <w:color w:val="4C1657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534D"/>
    <w:rPr>
      <w:caps/>
      <w:color w:val="4C1657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534D"/>
    <w:rPr>
      <w:caps/>
      <w:color w:val="4C1657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534D"/>
    <w:rPr>
      <w:caps/>
      <w:color w:val="4C1657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534D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534D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C534D"/>
    <w:rPr>
      <w:b/>
      <w:bCs/>
      <w:color w:val="4C1657" w:themeColor="accent1" w:themeShade="BF"/>
      <w:sz w:val="16"/>
      <w:szCs w:val="16"/>
    </w:rPr>
  </w:style>
  <w:style w:type="character" w:styleId="Strong">
    <w:name w:val="Strong"/>
    <w:uiPriority w:val="22"/>
    <w:qFormat/>
    <w:rsid w:val="000C534D"/>
    <w:rPr>
      <w:b/>
      <w:bCs/>
    </w:rPr>
  </w:style>
  <w:style w:type="character" w:styleId="Emphasis">
    <w:name w:val="Emphasis"/>
    <w:uiPriority w:val="20"/>
    <w:qFormat/>
    <w:rsid w:val="000C534D"/>
    <w:rPr>
      <w:caps/>
      <w:color w:val="320F3A" w:themeColor="accent1" w:themeShade="7F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534D"/>
    <w:pPr>
      <w:spacing w:before="240" w:after="240" w:line="240" w:lineRule="auto"/>
      <w:ind w:left="1080" w:right="1080"/>
      <w:jc w:val="center"/>
    </w:pPr>
    <w:rPr>
      <w:color w:val="671E7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534D"/>
    <w:rPr>
      <w:color w:val="671E75" w:themeColor="accent1"/>
      <w:sz w:val="24"/>
      <w:szCs w:val="24"/>
    </w:rPr>
  </w:style>
  <w:style w:type="character" w:styleId="SubtleEmphasis">
    <w:name w:val="Subtle Emphasis"/>
    <w:uiPriority w:val="19"/>
    <w:qFormat/>
    <w:rsid w:val="000C534D"/>
    <w:rPr>
      <w:i/>
      <w:iCs/>
      <w:color w:val="320F3A" w:themeColor="accent1" w:themeShade="7F"/>
    </w:rPr>
  </w:style>
  <w:style w:type="character" w:styleId="IntenseEmphasis">
    <w:name w:val="Intense Emphasis"/>
    <w:uiPriority w:val="21"/>
    <w:qFormat/>
    <w:rsid w:val="000C534D"/>
    <w:rPr>
      <w:b/>
      <w:bCs/>
      <w:caps/>
      <w:color w:val="320F3A" w:themeColor="accent1" w:themeShade="7F"/>
      <w:spacing w:val="10"/>
    </w:rPr>
  </w:style>
  <w:style w:type="character" w:styleId="SubtleReference">
    <w:name w:val="Subtle Reference"/>
    <w:uiPriority w:val="31"/>
    <w:qFormat/>
    <w:rsid w:val="000C534D"/>
    <w:rPr>
      <w:b/>
      <w:bCs/>
      <w:color w:val="671E75" w:themeColor="accent1"/>
    </w:rPr>
  </w:style>
  <w:style w:type="character" w:styleId="IntenseReference">
    <w:name w:val="Intense Reference"/>
    <w:uiPriority w:val="32"/>
    <w:qFormat/>
    <w:rsid w:val="000C534D"/>
    <w:rPr>
      <w:b/>
      <w:bCs/>
      <w:i/>
      <w:iCs/>
      <w:caps/>
      <w:color w:val="671E75" w:themeColor="accent1"/>
    </w:rPr>
  </w:style>
  <w:style w:type="character" w:styleId="BookTitle">
    <w:name w:val="Book Title"/>
    <w:uiPriority w:val="33"/>
    <w:qFormat/>
    <w:rsid w:val="000C534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C534D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4C1657" w:themeColor="accent1" w:themeShade="BF"/>
    </w:rPr>
    <w:tblPr>
      <w:tblStyleRowBandSize w:val="1"/>
      <w:tblStyleColBandSize w:val="1"/>
      <w:tblBorders>
        <w:top w:val="single" w:sz="8" w:space="0" w:color="671E75" w:themeColor="accent1"/>
        <w:bottom w:val="single" w:sz="8" w:space="0" w:color="671E7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71E75" w:themeColor="accent1"/>
          <w:left w:val="nil"/>
          <w:bottom w:val="single" w:sz="8" w:space="0" w:color="671E7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71E75" w:themeColor="accent1"/>
          <w:left w:val="nil"/>
          <w:bottom w:val="single" w:sz="8" w:space="0" w:color="671E7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B7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B7EC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0C555A" w:themeColor="accent2" w:themeShade="BF"/>
    </w:rPr>
    <w:tblPr>
      <w:tblStyleRowBandSize w:val="1"/>
      <w:tblStyleColBandSize w:val="1"/>
      <w:tblBorders>
        <w:top w:val="single" w:sz="8" w:space="0" w:color="107279" w:themeColor="accent2"/>
        <w:bottom w:val="single" w:sz="8" w:space="0" w:color="10727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7279" w:themeColor="accent2"/>
          <w:left w:val="nil"/>
          <w:bottom w:val="single" w:sz="8" w:space="0" w:color="10727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7279" w:themeColor="accent2"/>
          <w:left w:val="nil"/>
          <w:bottom w:val="single" w:sz="8" w:space="0" w:color="10727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FF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FF4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A98FB0" w:themeColor="accent3" w:themeShade="BF"/>
    </w:rPr>
    <w:tblPr>
      <w:tblStyleRowBandSize w:val="1"/>
      <w:tblStyleColBandSize w:val="1"/>
      <w:tblBorders>
        <w:top w:val="single" w:sz="8" w:space="0" w:color="DACFDD" w:themeColor="accent3"/>
        <w:bottom w:val="single" w:sz="8" w:space="0" w:color="DACFD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ACFDD" w:themeColor="accent3"/>
          <w:left w:val="nil"/>
          <w:bottom w:val="single" w:sz="8" w:space="0" w:color="DACFD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ACFDD" w:themeColor="accent3"/>
          <w:left w:val="nil"/>
          <w:bottom w:val="single" w:sz="8" w:space="0" w:color="DACFD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F3F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F3F6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9481A7" w:themeColor="accent4" w:themeShade="BF"/>
    </w:rPr>
    <w:tblPr>
      <w:tblStyleRowBandSize w:val="1"/>
      <w:tblStyleColBandSize w:val="1"/>
      <w:tblBorders>
        <w:top w:val="single" w:sz="8" w:space="0" w:color="C6BCD0" w:themeColor="accent4"/>
        <w:bottom w:val="single" w:sz="8" w:space="0" w:color="C6BCD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BCD0" w:themeColor="accent4"/>
          <w:left w:val="nil"/>
          <w:bottom w:val="single" w:sz="8" w:space="0" w:color="C6BCD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BCD0" w:themeColor="accent4"/>
          <w:left w:val="nil"/>
          <w:bottom w:val="single" w:sz="8" w:space="0" w:color="C6BCD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EF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EEF3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6C5E7C" w:themeColor="accent5" w:themeShade="BF"/>
    </w:rPr>
    <w:tblPr>
      <w:tblStyleRowBandSize w:val="1"/>
      <w:tblStyleColBandSize w:val="1"/>
      <w:tblBorders>
        <w:top w:val="single" w:sz="8" w:space="0" w:color="9183A1" w:themeColor="accent5"/>
        <w:bottom w:val="single" w:sz="8" w:space="0" w:color="9183A1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183A1" w:themeColor="accent5"/>
          <w:left w:val="nil"/>
          <w:bottom w:val="single" w:sz="8" w:space="0" w:color="9183A1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183A1" w:themeColor="accent5"/>
          <w:left w:val="nil"/>
          <w:bottom w:val="single" w:sz="8" w:space="0" w:color="9183A1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0E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E0E7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554A5E" w:themeColor="accent6" w:themeShade="BF"/>
    </w:rPr>
    <w:tblPr>
      <w:tblStyleRowBandSize w:val="1"/>
      <w:tblStyleColBandSize w:val="1"/>
      <w:tblBorders>
        <w:top w:val="single" w:sz="8" w:space="0" w:color="72637F" w:themeColor="accent6"/>
        <w:bottom w:val="single" w:sz="8" w:space="0" w:color="72637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2637F" w:themeColor="accent6"/>
          <w:left w:val="nil"/>
          <w:bottom w:val="single" w:sz="8" w:space="0" w:color="72637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2637F" w:themeColor="accent6"/>
          <w:left w:val="nil"/>
          <w:bottom w:val="single" w:sz="8" w:space="0" w:color="72637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7E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D7E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671E75" w:themeColor="accent1"/>
        <w:left w:val="single" w:sz="8" w:space="0" w:color="671E75" w:themeColor="accent1"/>
        <w:bottom w:val="single" w:sz="8" w:space="0" w:color="671E75" w:themeColor="accent1"/>
        <w:right w:val="single" w:sz="8" w:space="0" w:color="671E7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71E7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1E75" w:themeColor="accent1"/>
          <w:left w:val="single" w:sz="8" w:space="0" w:color="671E75" w:themeColor="accent1"/>
          <w:bottom w:val="single" w:sz="8" w:space="0" w:color="671E75" w:themeColor="accent1"/>
          <w:right w:val="single" w:sz="8" w:space="0" w:color="671E7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71E75" w:themeColor="accent1"/>
          <w:left w:val="single" w:sz="8" w:space="0" w:color="671E75" w:themeColor="accent1"/>
          <w:bottom w:val="single" w:sz="8" w:space="0" w:color="671E75" w:themeColor="accent1"/>
          <w:right w:val="single" w:sz="8" w:space="0" w:color="671E75" w:themeColor="accent1"/>
        </w:tcBorders>
      </w:tcPr>
    </w:tblStylePr>
    <w:tblStylePr w:type="band1Horz">
      <w:tblPr/>
      <w:tcPr>
        <w:tcBorders>
          <w:top w:val="single" w:sz="8" w:space="0" w:color="671E75" w:themeColor="accent1"/>
          <w:left w:val="single" w:sz="8" w:space="0" w:color="671E75" w:themeColor="accent1"/>
          <w:bottom w:val="single" w:sz="8" w:space="0" w:color="671E75" w:themeColor="accent1"/>
          <w:right w:val="single" w:sz="8" w:space="0" w:color="671E75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07279" w:themeColor="accent2"/>
        <w:left w:val="single" w:sz="8" w:space="0" w:color="107279" w:themeColor="accent2"/>
        <w:bottom w:val="single" w:sz="8" w:space="0" w:color="107279" w:themeColor="accent2"/>
        <w:right w:val="single" w:sz="8" w:space="0" w:color="10727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0727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07279" w:themeColor="accent2"/>
          <w:left w:val="single" w:sz="8" w:space="0" w:color="107279" w:themeColor="accent2"/>
          <w:bottom w:val="single" w:sz="8" w:space="0" w:color="107279" w:themeColor="accent2"/>
          <w:right w:val="single" w:sz="8" w:space="0" w:color="10727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07279" w:themeColor="accent2"/>
          <w:left w:val="single" w:sz="8" w:space="0" w:color="107279" w:themeColor="accent2"/>
          <w:bottom w:val="single" w:sz="8" w:space="0" w:color="107279" w:themeColor="accent2"/>
          <w:right w:val="single" w:sz="8" w:space="0" w:color="107279" w:themeColor="accent2"/>
        </w:tcBorders>
      </w:tcPr>
    </w:tblStylePr>
    <w:tblStylePr w:type="band1Horz">
      <w:tblPr/>
      <w:tcPr>
        <w:tcBorders>
          <w:top w:val="single" w:sz="8" w:space="0" w:color="107279" w:themeColor="accent2"/>
          <w:left w:val="single" w:sz="8" w:space="0" w:color="107279" w:themeColor="accent2"/>
          <w:bottom w:val="single" w:sz="8" w:space="0" w:color="107279" w:themeColor="accent2"/>
          <w:right w:val="single" w:sz="8" w:space="0" w:color="107279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ACFDD" w:themeColor="accent3"/>
        <w:left w:val="single" w:sz="8" w:space="0" w:color="DACFDD" w:themeColor="accent3"/>
        <w:bottom w:val="single" w:sz="8" w:space="0" w:color="DACFDD" w:themeColor="accent3"/>
        <w:right w:val="single" w:sz="8" w:space="0" w:color="DACFD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ACFD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ACFDD" w:themeColor="accent3"/>
          <w:left w:val="single" w:sz="8" w:space="0" w:color="DACFDD" w:themeColor="accent3"/>
          <w:bottom w:val="single" w:sz="8" w:space="0" w:color="DACFDD" w:themeColor="accent3"/>
          <w:right w:val="single" w:sz="8" w:space="0" w:color="DACFD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ACFDD" w:themeColor="accent3"/>
          <w:left w:val="single" w:sz="8" w:space="0" w:color="DACFDD" w:themeColor="accent3"/>
          <w:bottom w:val="single" w:sz="8" w:space="0" w:color="DACFDD" w:themeColor="accent3"/>
          <w:right w:val="single" w:sz="8" w:space="0" w:color="DACFDD" w:themeColor="accent3"/>
        </w:tcBorders>
      </w:tcPr>
    </w:tblStylePr>
    <w:tblStylePr w:type="band1Horz">
      <w:tblPr/>
      <w:tcPr>
        <w:tcBorders>
          <w:top w:val="single" w:sz="8" w:space="0" w:color="DACFDD" w:themeColor="accent3"/>
          <w:left w:val="single" w:sz="8" w:space="0" w:color="DACFDD" w:themeColor="accent3"/>
          <w:bottom w:val="single" w:sz="8" w:space="0" w:color="DACFDD" w:themeColor="accent3"/>
          <w:right w:val="single" w:sz="8" w:space="0" w:color="DACFDD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6BCD0" w:themeColor="accent4"/>
        <w:left w:val="single" w:sz="8" w:space="0" w:color="C6BCD0" w:themeColor="accent4"/>
        <w:bottom w:val="single" w:sz="8" w:space="0" w:color="C6BCD0" w:themeColor="accent4"/>
        <w:right w:val="single" w:sz="8" w:space="0" w:color="C6BCD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BCD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BCD0" w:themeColor="accent4"/>
          <w:left w:val="single" w:sz="8" w:space="0" w:color="C6BCD0" w:themeColor="accent4"/>
          <w:bottom w:val="single" w:sz="8" w:space="0" w:color="C6BCD0" w:themeColor="accent4"/>
          <w:right w:val="single" w:sz="8" w:space="0" w:color="C6BCD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BCD0" w:themeColor="accent4"/>
          <w:left w:val="single" w:sz="8" w:space="0" w:color="C6BCD0" w:themeColor="accent4"/>
          <w:bottom w:val="single" w:sz="8" w:space="0" w:color="C6BCD0" w:themeColor="accent4"/>
          <w:right w:val="single" w:sz="8" w:space="0" w:color="C6BCD0" w:themeColor="accent4"/>
        </w:tcBorders>
      </w:tcPr>
    </w:tblStylePr>
    <w:tblStylePr w:type="band1Horz">
      <w:tblPr/>
      <w:tcPr>
        <w:tcBorders>
          <w:top w:val="single" w:sz="8" w:space="0" w:color="C6BCD0" w:themeColor="accent4"/>
          <w:left w:val="single" w:sz="8" w:space="0" w:color="C6BCD0" w:themeColor="accent4"/>
          <w:bottom w:val="single" w:sz="8" w:space="0" w:color="C6BCD0" w:themeColor="accent4"/>
          <w:right w:val="single" w:sz="8" w:space="0" w:color="C6BCD0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183A1" w:themeColor="accent5"/>
        <w:left w:val="single" w:sz="8" w:space="0" w:color="9183A1" w:themeColor="accent5"/>
        <w:bottom w:val="single" w:sz="8" w:space="0" w:color="9183A1" w:themeColor="accent5"/>
        <w:right w:val="single" w:sz="8" w:space="0" w:color="9183A1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183A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183A1" w:themeColor="accent5"/>
          <w:left w:val="single" w:sz="8" w:space="0" w:color="9183A1" w:themeColor="accent5"/>
          <w:bottom w:val="single" w:sz="8" w:space="0" w:color="9183A1" w:themeColor="accent5"/>
          <w:right w:val="single" w:sz="8" w:space="0" w:color="9183A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183A1" w:themeColor="accent5"/>
          <w:left w:val="single" w:sz="8" w:space="0" w:color="9183A1" w:themeColor="accent5"/>
          <w:bottom w:val="single" w:sz="8" w:space="0" w:color="9183A1" w:themeColor="accent5"/>
          <w:right w:val="single" w:sz="8" w:space="0" w:color="9183A1" w:themeColor="accent5"/>
        </w:tcBorders>
      </w:tcPr>
    </w:tblStylePr>
    <w:tblStylePr w:type="band1Horz">
      <w:tblPr/>
      <w:tcPr>
        <w:tcBorders>
          <w:top w:val="single" w:sz="8" w:space="0" w:color="9183A1" w:themeColor="accent5"/>
          <w:left w:val="single" w:sz="8" w:space="0" w:color="9183A1" w:themeColor="accent5"/>
          <w:bottom w:val="single" w:sz="8" w:space="0" w:color="9183A1" w:themeColor="accent5"/>
          <w:right w:val="single" w:sz="8" w:space="0" w:color="9183A1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2637F" w:themeColor="accent6"/>
        <w:left w:val="single" w:sz="8" w:space="0" w:color="72637F" w:themeColor="accent6"/>
        <w:bottom w:val="single" w:sz="8" w:space="0" w:color="72637F" w:themeColor="accent6"/>
        <w:right w:val="single" w:sz="8" w:space="0" w:color="72637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2637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637F" w:themeColor="accent6"/>
          <w:left w:val="single" w:sz="8" w:space="0" w:color="72637F" w:themeColor="accent6"/>
          <w:bottom w:val="single" w:sz="8" w:space="0" w:color="72637F" w:themeColor="accent6"/>
          <w:right w:val="single" w:sz="8" w:space="0" w:color="72637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2637F" w:themeColor="accent6"/>
          <w:left w:val="single" w:sz="8" w:space="0" w:color="72637F" w:themeColor="accent6"/>
          <w:bottom w:val="single" w:sz="8" w:space="0" w:color="72637F" w:themeColor="accent6"/>
          <w:right w:val="single" w:sz="8" w:space="0" w:color="72637F" w:themeColor="accent6"/>
        </w:tcBorders>
      </w:tcPr>
    </w:tblStylePr>
    <w:tblStylePr w:type="band1Horz">
      <w:tblPr/>
      <w:tcPr>
        <w:tcBorders>
          <w:top w:val="single" w:sz="8" w:space="0" w:color="72637F" w:themeColor="accent6"/>
          <w:left w:val="single" w:sz="8" w:space="0" w:color="72637F" w:themeColor="accent6"/>
          <w:bottom w:val="single" w:sz="8" w:space="0" w:color="72637F" w:themeColor="accent6"/>
          <w:right w:val="single" w:sz="8" w:space="0" w:color="72637F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671E75" w:themeColor="accent1"/>
        <w:left w:val="single" w:sz="8" w:space="0" w:color="671E75" w:themeColor="accent1"/>
        <w:bottom w:val="single" w:sz="8" w:space="0" w:color="671E75" w:themeColor="accent1"/>
        <w:right w:val="single" w:sz="8" w:space="0" w:color="671E75" w:themeColor="accent1"/>
        <w:insideH w:val="single" w:sz="8" w:space="0" w:color="671E75" w:themeColor="accent1"/>
        <w:insideV w:val="single" w:sz="8" w:space="0" w:color="671E7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71E75" w:themeColor="accent1"/>
          <w:left w:val="single" w:sz="8" w:space="0" w:color="671E75" w:themeColor="accent1"/>
          <w:bottom w:val="single" w:sz="18" w:space="0" w:color="671E75" w:themeColor="accent1"/>
          <w:right w:val="single" w:sz="8" w:space="0" w:color="671E75" w:themeColor="accent1"/>
          <w:insideH w:val="nil"/>
          <w:insideV w:val="single" w:sz="8" w:space="0" w:color="671E7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71E75" w:themeColor="accent1"/>
          <w:left w:val="single" w:sz="8" w:space="0" w:color="671E75" w:themeColor="accent1"/>
          <w:bottom w:val="single" w:sz="8" w:space="0" w:color="671E75" w:themeColor="accent1"/>
          <w:right w:val="single" w:sz="8" w:space="0" w:color="671E75" w:themeColor="accent1"/>
          <w:insideH w:val="nil"/>
          <w:insideV w:val="single" w:sz="8" w:space="0" w:color="671E7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71E75" w:themeColor="accent1"/>
          <w:left w:val="single" w:sz="8" w:space="0" w:color="671E75" w:themeColor="accent1"/>
          <w:bottom w:val="single" w:sz="8" w:space="0" w:color="671E75" w:themeColor="accent1"/>
          <w:right w:val="single" w:sz="8" w:space="0" w:color="671E75" w:themeColor="accent1"/>
        </w:tcBorders>
      </w:tcPr>
    </w:tblStylePr>
    <w:tblStylePr w:type="band1Vert">
      <w:tblPr/>
      <w:tcPr>
        <w:tcBorders>
          <w:top w:val="single" w:sz="8" w:space="0" w:color="671E75" w:themeColor="accent1"/>
          <w:left w:val="single" w:sz="8" w:space="0" w:color="671E75" w:themeColor="accent1"/>
          <w:bottom w:val="single" w:sz="8" w:space="0" w:color="671E75" w:themeColor="accent1"/>
          <w:right w:val="single" w:sz="8" w:space="0" w:color="671E75" w:themeColor="accent1"/>
        </w:tcBorders>
        <w:shd w:val="clear" w:color="auto" w:fill="E3B7EC" w:themeFill="accent1" w:themeFillTint="3F"/>
      </w:tcPr>
    </w:tblStylePr>
    <w:tblStylePr w:type="band1Horz">
      <w:tblPr/>
      <w:tcPr>
        <w:tcBorders>
          <w:top w:val="single" w:sz="8" w:space="0" w:color="671E75" w:themeColor="accent1"/>
          <w:left w:val="single" w:sz="8" w:space="0" w:color="671E75" w:themeColor="accent1"/>
          <w:bottom w:val="single" w:sz="8" w:space="0" w:color="671E75" w:themeColor="accent1"/>
          <w:right w:val="single" w:sz="8" w:space="0" w:color="671E75" w:themeColor="accent1"/>
          <w:insideV w:val="single" w:sz="8" w:space="0" w:color="671E75" w:themeColor="accent1"/>
        </w:tcBorders>
        <w:shd w:val="clear" w:color="auto" w:fill="E3B7EC" w:themeFill="accent1" w:themeFillTint="3F"/>
      </w:tcPr>
    </w:tblStylePr>
    <w:tblStylePr w:type="band2Horz">
      <w:tblPr/>
      <w:tcPr>
        <w:tcBorders>
          <w:top w:val="single" w:sz="8" w:space="0" w:color="671E75" w:themeColor="accent1"/>
          <w:left w:val="single" w:sz="8" w:space="0" w:color="671E75" w:themeColor="accent1"/>
          <w:bottom w:val="single" w:sz="8" w:space="0" w:color="671E75" w:themeColor="accent1"/>
          <w:right w:val="single" w:sz="8" w:space="0" w:color="671E75" w:themeColor="accent1"/>
          <w:insideV w:val="single" w:sz="8" w:space="0" w:color="671E75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07279" w:themeColor="accent2"/>
        <w:left w:val="single" w:sz="8" w:space="0" w:color="107279" w:themeColor="accent2"/>
        <w:bottom w:val="single" w:sz="8" w:space="0" w:color="107279" w:themeColor="accent2"/>
        <w:right w:val="single" w:sz="8" w:space="0" w:color="107279" w:themeColor="accent2"/>
        <w:insideH w:val="single" w:sz="8" w:space="0" w:color="107279" w:themeColor="accent2"/>
        <w:insideV w:val="single" w:sz="8" w:space="0" w:color="10727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07279" w:themeColor="accent2"/>
          <w:left w:val="single" w:sz="8" w:space="0" w:color="107279" w:themeColor="accent2"/>
          <w:bottom w:val="single" w:sz="18" w:space="0" w:color="107279" w:themeColor="accent2"/>
          <w:right w:val="single" w:sz="8" w:space="0" w:color="107279" w:themeColor="accent2"/>
          <w:insideH w:val="nil"/>
          <w:insideV w:val="single" w:sz="8" w:space="0" w:color="10727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07279" w:themeColor="accent2"/>
          <w:left w:val="single" w:sz="8" w:space="0" w:color="107279" w:themeColor="accent2"/>
          <w:bottom w:val="single" w:sz="8" w:space="0" w:color="107279" w:themeColor="accent2"/>
          <w:right w:val="single" w:sz="8" w:space="0" w:color="107279" w:themeColor="accent2"/>
          <w:insideH w:val="nil"/>
          <w:insideV w:val="single" w:sz="8" w:space="0" w:color="10727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07279" w:themeColor="accent2"/>
          <w:left w:val="single" w:sz="8" w:space="0" w:color="107279" w:themeColor="accent2"/>
          <w:bottom w:val="single" w:sz="8" w:space="0" w:color="107279" w:themeColor="accent2"/>
          <w:right w:val="single" w:sz="8" w:space="0" w:color="107279" w:themeColor="accent2"/>
        </w:tcBorders>
      </w:tcPr>
    </w:tblStylePr>
    <w:tblStylePr w:type="band1Vert">
      <w:tblPr/>
      <w:tcPr>
        <w:tcBorders>
          <w:top w:val="single" w:sz="8" w:space="0" w:color="107279" w:themeColor="accent2"/>
          <w:left w:val="single" w:sz="8" w:space="0" w:color="107279" w:themeColor="accent2"/>
          <w:bottom w:val="single" w:sz="8" w:space="0" w:color="107279" w:themeColor="accent2"/>
          <w:right w:val="single" w:sz="8" w:space="0" w:color="107279" w:themeColor="accent2"/>
        </w:tcBorders>
        <w:shd w:val="clear" w:color="auto" w:fill="ADEFF4" w:themeFill="accent2" w:themeFillTint="3F"/>
      </w:tcPr>
    </w:tblStylePr>
    <w:tblStylePr w:type="band1Horz">
      <w:tblPr/>
      <w:tcPr>
        <w:tcBorders>
          <w:top w:val="single" w:sz="8" w:space="0" w:color="107279" w:themeColor="accent2"/>
          <w:left w:val="single" w:sz="8" w:space="0" w:color="107279" w:themeColor="accent2"/>
          <w:bottom w:val="single" w:sz="8" w:space="0" w:color="107279" w:themeColor="accent2"/>
          <w:right w:val="single" w:sz="8" w:space="0" w:color="107279" w:themeColor="accent2"/>
          <w:insideV w:val="single" w:sz="8" w:space="0" w:color="107279" w:themeColor="accent2"/>
        </w:tcBorders>
        <w:shd w:val="clear" w:color="auto" w:fill="ADEFF4" w:themeFill="accent2" w:themeFillTint="3F"/>
      </w:tcPr>
    </w:tblStylePr>
    <w:tblStylePr w:type="band2Horz">
      <w:tblPr/>
      <w:tcPr>
        <w:tcBorders>
          <w:top w:val="single" w:sz="8" w:space="0" w:color="107279" w:themeColor="accent2"/>
          <w:left w:val="single" w:sz="8" w:space="0" w:color="107279" w:themeColor="accent2"/>
          <w:bottom w:val="single" w:sz="8" w:space="0" w:color="107279" w:themeColor="accent2"/>
          <w:right w:val="single" w:sz="8" w:space="0" w:color="107279" w:themeColor="accent2"/>
          <w:insideV w:val="single" w:sz="8" w:space="0" w:color="107279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ACFDD" w:themeColor="accent3"/>
        <w:left w:val="single" w:sz="8" w:space="0" w:color="DACFDD" w:themeColor="accent3"/>
        <w:bottom w:val="single" w:sz="8" w:space="0" w:color="DACFDD" w:themeColor="accent3"/>
        <w:right w:val="single" w:sz="8" w:space="0" w:color="DACFDD" w:themeColor="accent3"/>
        <w:insideH w:val="single" w:sz="8" w:space="0" w:color="DACFDD" w:themeColor="accent3"/>
        <w:insideV w:val="single" w:sz="8" w:space="0" w:color="DACFD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ACFDD" w:themeColor="accent3"/>
          <w:left w:val="single" w:sz="8" w:space="0" w:color="DACFDD" w:themeColor="accent3"/>
          <w:bottom w:val="single" w:sz="18" w:space="0" w:color="DACFDD" w:themeColor="accent3"/>
          <w:right w:val="single" w:sz="8" w:space="0" w:color="DACFDD" w:themeColor="accent3"/>
          <w:insideH w:val="nil"/>
          <w:insideV w:val="single" w:sz="8" w:space="0" w:color="DACFD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ACFDD" w:themeColor="accent3"/>
          <w:left w:val="single" w:sz="8" w:space="0" w:color="DACFDD" w:themeColor="accent3"/>
          <w:bottom w:val="single" w:sz="8" w:space="0" w:color="DACFDD" w:themeColor="accent3"/>
          <w:right w:val="single" w:sz="8" w:space="0" w:color="DACFDD" w:themeColor="accent3"/>
          <w:insideH w:val="nil"/>
          <w:insideV w:val="single" w:sz="8" w:space="0" w:color="DACFD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ACFDD" w:themeColor="accent3"/>
          <w:left w:val="single" w:sz="8" w:space="0" w:color="DACFDD" w:themeColor="accent3"/>
          <w:bottom w:val="single" w:sz="8" w:space="0" w:color="DACFDD" w:themeColor="accent3"/>
          <w:right w:val="single" w:sz="8" w:space="0" w:color="DACFDD" w:themeColor="accent3"/>
        </w:tcBorders>
      </w:tcPr>
    </w:tblStylePr>
    <w:tblStylePr w:type="band1Vert">
      <w:tblPr/>
      <w:tcPr>
        <w:tcBorders>
          <w:top w:val="single" w:sz="8" w:space="0" w:color="DACFDD" w:themeColor="accent3"/>
          <w:left w:val="single" w:sz="8" w:space="0" w:color="DACFDD" w:themeColor="accent3"/>
          <w:bottom w:val="single" w:sz="8" w:space="0" w:color="DACFDD" w:themeColor="accent3"/>
          <w:right w:val="single" w:sz="8" w:space="0" w:color="DACFDD" w:themeColor="accent3"/>
        </w:tcBorders>
        <w:shd w:val="clear" w:color="auto" w:fill="F5F3F6" w:themeFill="accent3" w:themeFillTint="3F"/>
      </w:tcPr>
    </w:tblStylePr>
    <w:tblStylePr w:type="band1Horz">
      <w:tblPr/>
      <w:tcPr>
        <w:tcBorders>
          <w:top w:val="single" w:sz="8" w:space="0" w:color="DACFDD" w:themeColor="accent3"/>
          <w:left w:val="single" w:sz="8" w:space="0" w:color="DACFDD" w:themeColor="accent3"/>
          <w:bottom w:val="single" w:sz="8" w:space="0" w:color="DACFDD" w:themeColor="accent3"/>
          <w:right w:val="single" w:sz="8" w:space="0" w:color="DACFDD" w:themeColor="accent3"/>
          <w:insideV w:val="single" w:sz="8" w:space="0" w:color="DACFDD" w:themeColor="accent3"/>
        </w:tcBorders>
        <w:shd w:val="clear" w:color="auto" w:fill="F5F3F6" w:themeFill="accent3" w:themeFillTint="3F"/>
      </w:tcPr>
    </w:tblStylePr>
    <w:tblStylePr w:type="band2Horz">
      <w:tblPr/>
      <w:tcPr>
        <w:tcBorders>
          <w:top w:val="single" w:sz="8" w:space="0" w:color="DACFDD" w:themeColor="accent3"/>
          <w:left w:val="single" w:sz="8" w:space="0" w:color="DACFDD" w:themeColor="accent3"/>
          <w:bottom w:val="single" w:sz="8" w:space="0" w:color="DACFDD" w:themeColor="accent3"/>
          <w:right w:val="single" w:sz="8" w:space="0" w:color="DACFDD" w:themeColor="accent3"/>
          <w:insideV w:val="single" w:sz="8" w:space="0" w:color="DACFDD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6BCD0" w:themeColor="accent4"/>
        <w:left w:val="single" w:sz="8" w:space="0" w:color="C6BCD0" w:themeColor="accent4"/>
        <w:bottom w:val="single" w:sz="8" w:space="0" w:color="C6BCD0" w:themeColor="accent4"/>
        <w:right w:val="single" w:sz="8" w:space="0" w:color="C6BCD0" w:themeColor="accent4"/>
        <w:insideH w:val="single" w:sz="8" w:space="0" w:color="C6BCD0" w:themeColor="accent4"/>
        <w:insideV w:val="single" w:sz="8" w:space="0" w:color="C6BCD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BCD0" w:themeColor="accent4"/>
          <w:left w:val="single" w:sz="8" w:space="0" w:color="C6BCD0" w:themeColor="accent4"/>
          <w:bottom w:val="single" w:sz="18" w:space="0" w:color="C6BCD0" w:themeColor="accent4"/>
          <w:right w:val="single" w:sz="8" w:space="0" w:color="C6BCD0" w:themeColor="accent4"/>
          <w:insideH w:val="nil"/>
          <w:insideV w:val="single" w:sz="8" w:space="0" w:color="C6BCD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BCD0" w:themeColor="accent4"/>
          <w:left w:val="single" w:sz="8" w:space="0" w:color="C6BCD0" w:themeColor="accent4"/>
          <w:bottom w:val="single" w:sz="8" w:space="0" w:color="C6BCD0" w:themeColor="accent4"/>
          <w:right w:val="single" w:sz="8" w:space="0" w:color="C6BCD0" w:themeColor="accent4"/>
          <w:insideH w:val="nil"/>
          <w:insideV w:val="single" w:sz="8" w:space="0" w:color="C6BCD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BCD0" w:themeColor="accent4"/>
          <w:left w:val="single" w:sz="8" w:space="0" w:color="C6BCD0" w:themeColor="accent4"/>
          <w:bottom w:val="single" w:sz="8" w:space="0" w:color="C6BCD0" w:themeColor="accent4"/>
          <w:right w:val="single" w:sz="8" w:space="0" w:color="C6BCD0" w:themeColor="accent4"/>
        </w:tcBorders>
      </w:tcPr>
    </w:tblStylePr>
    <w:tblStylePr w:type="band1Vert">
      <w:tblPr/>
      <w:tcPr>
        <w:tcBorders>
          <w:top w:val="single" w:sz="8" w:space="0" w:color="C6BCD0" w:themeColor="accent4"/>
          <w:left w:val="single" w:sz="8" w:space="0" w:color="C6BCD0" w:themeColor="accent4"/>
          <w:bottom w:val="single" w:sz="8" w:space="0" w:color="C6BCD0" w:themeColor="accent4"/>
          <w:right w:val="single" w:sz="8" w:space="0" w:color="C6BCD0" w:themeColor="accent4"/>
        </w:tcBorders>
        <w:shd w:val="clear" w:color="auto" w:fill="F0EEF3" w:themeFill="accent4" w:themeFillTint="3F"/>
      </w:tcPr>
    </w:tblStylePr>
    <w:tblStylePr w:type="band1Horz">
      <w:tblPr/>
      <w:tcPr>
        <w:tcBorders>
          <w:top w:val="single" w:sz="8" w:space="0" w:color="C6BCD0" w:themeColor="accent4"/>
          <w:left w:val="single" w:sz="8" w:space="0" w:color="C6BCD0" w:themeColor="accent4"/>
          <w:bottom w:val="single" w:sz="8" w:space="0" w:color="C6BCD0" w:themeColor="accent4"/>
          <w:right w:val="single" w:sz="8" w:space="0" w:color="C6BCD0" w:themeColor="accent4"/>
          <w:insideV w:val="single" w:sz="8" w:space="0" w:color="C6BCD0" w:themeColor="accent4"/>
        </w:tcBorders>
        <w:shd w:val="clear" w:color="auto" w:fill="F0EEF3" w:themeFill="accent4" w:themeFillTint="3F"/>
      </w:tcPr>
    </w:tblStylePr>
    <w:tblStylePr w:type="band2Horz">
      <w:tblPr/>
      <w:tcPr>
        <w:tcBorders>
          <w:top w:val="single" w:sz="8" w:space="0" w:color="C6BCD0" w:themeColor="accent4"/>
          <w:left w:val="single" w:sz="8" w:space="0" w:color="C6BCD0" w:themeColor="accent4"/>
          <w:bottom w:val="single" w:sz="8" w:space="0" w:color="C6BCD0" w:themeColor="accent4"/>
          <w:right w:val="single" w:sz="8" w:space="0" w:color="C6BCD0" w:themeColor="accent4"/>
          <w:insideV w:val="single" w:sz="8" w:space="0" w:color="C6BCD0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183A1" w:themeColor="accent5"/>
        <w:left w:val="single" w:sz="8" w:space="0" w:color="9183A1" w:themeColor="accent5"/>
        <w:bottom w:val="single" w:sz="8" w:space="0" w:color="9183A1" w:themeColor="accent5"/>
        <w:right w:val="single" w:sz="8" w:space="0" w:color="9183A1" w:themeColor="accent5"/>
        <w:insideH w:val="single" w:sz="8" w:space="0" w:color="9183A1" w:themeColor="accent5"/>
        <w:insideV w:val="single" w:sz="8" w:space="0" w:color="9183A1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183A1" w:themeColor="accent5"/>
          <w:left w:val="single" w:sz="8" w:space="0" w:color="9183A1" w:themeColor="accent5"/>
          <w:bottom w:val="single" w:sz="18" w:space="0" w:color="9183A1" w:themeColor="accent5"/>
          <w:right w:val="single" w:sz="8" w:space="0" w:color="9183A1" w:themeColor="accent5"/>
          <w:insideH w:val="nil"/>
          <w:insideV w:val="single" w:sz="8" w:space="0" w:color="9183A1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183A1" w:themeColor="accent5"/>
          <w:left w:val="single" w:sz="8" w:space="0" w:color="9183A1" w:themeColor="accent5"/>
          <w:bottom w:val="single" w:sz="8" w:space="0" w:color="9183A1" w:themeColor="accent5"/>
          <w:right w:val="single" w:sz="8" w:space="0" w:color="9183A1" w:themeColor="accent5"/>
          <w:insideH w:val="nil"/>
          <w:insideV w:val="single" w:sz="8" w:space="0" w:color="9183A1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183A1" w:themeColor="accent5"/>
          <w:left w:val="single" w:sz="8" w:space="0" w:color="9183A1" w:themeColor="accent5"/>
          <w:bottom w:val="single" w:sz="8" w:space="0" w:color="9183A1" w:themeColor="accent5"/>
          <w:right w:val="single" w:sz="8" w:space="0" w:color="9183A1" w:themeColor="accent5"/>
        </w:tcBorders>
      </w:tcPr>
    </w:tblStylePr>
    <w:tblStylePr w:type="band1Vert">
      <w:tblPr/>
      <w:tcPr>
        <w:tcBorders>
          <w:top w:val="single" w:sz="8" w:space="0" w:color="9183A1" w:themeColor="accent5"/>
          <w:left w:val="single" w:sz="8" w:space="0" w:color="9183A1" w:themeColor="accent5"/>
          <w:bottom w:val="single" w:sz="8" w:space="0" w:color="9183A1" w:themeColor="accent5"/>
          <w:right w:val="single" w:sz="8" w:space="0" w:color="9183A1" w:themeColor="accent5"/>
        </w:tcBorders>
        <w:shd w:val="clear" w:color="auto" w:fill="E3E0E7" w:themeFill="accent5" w:themeFillTint="3F"/>
      </w:tcPr>
    </w:tblStylePr>
    <w:tblStylePr w:type="band1Horz">
      <w:tblPr/>
      <w:tcPr>
        <w:tcBorders>
          <w:top w:val="single" w:sz="8" w:space="0" w:color="9183A1" w:themeColor="accent5"/>
          <w:left w:val="single" w:sz="8" w:space="0" w:color="9183A1" w:themeColor="accent5"/>
          <w:bottom w:val="single" w:sz="8" w:space="0" w:color="9183A1" w:themeColor="accent5"/>
          <w:right w:val="single" w:sz="8" w:space="0" w:color="9183A1" w:themeColor="accent5"/>
          <w:insideV w:val="single" w:sz="8" w:space="0" w:color="9183A1" w:themeColor="accent5"/>
        </w:tcBorders>
        <w:shd w:val="clear" w:color="auto" w:fill="E3E0E7" w:themeFill="accent5" w:themeFillTint="3F"/>
      </w:tcPr>
    </w:tblStylePr>
    <w:tblStylePr w:type="band2Horz">
      <w:tblPr/>
      <w:tcPr>
        <w:tcBorders>
          <w:top w:val="single" w:sz="8" w:space="0" w:color="9183A1" w:themeColor="accent5"/>
          <w:left w:val="single" w:sz="8" w:space="0" w:color="9183A1" w:themeColor="accent5"/>
          <w:bottom w:val="single" w:sz="8" w:space="0" w:color="9183A1" w:themeColor="accent5"/>
          <w:right w:val="single" w:sz="8" w:space="0" w:color="9183A1" w:themeColor="accent5"/>
          <w:insideV w:val="single" w:sz="8" w:space="0" w:color="9183A1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2637F" w:themeColor="accent6"/>
        <w:left w:val="single" w:sz="8" w:space="0" w:color="72637F" w:themeColor="accent6"/>
        <w:bottom w:val="single" w:sz="8" w:space="0" w:color="72637F" w:themeColor="accent6"/>
        <w:right w:val="single" w:sz="8" w:space="0" w:color="72637F" w:themeColor="accent6"/>
        <w:insideH w:val="single" w:sz="8" w:space="0" w:color="72637F" w:themeColor="accent6"/>
        <w:insideV w:val="single" w:sz="8" w:space="0" w:color="72637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2637F" w:themeColor="accent6"/>
          <w:left w:val="single" w:sz="8" w:space="0" w:color="72637F" w:themeColor="accent6"/>
          <w:bottom w:val="single" w:sz="18" w:space="0" w:color="72637F" w:themeColor="accent6"/>
          <w:right w:val="single" w:sz="8" w:space="0" w:color="72637F" w:themeColor="accent6"/>
          <w:insideH w:val="nil"/>
          <w:insideV w:val="single" w:sz="8" w:space="0" w:color="72637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2637F" w:themeColor="accent6"/>
          <w:left w:val="single" w:sz="8" w:space="0" w:color="72637F" w:themeColor="accent6"/>
          <w:bottom w:val="single" w:sz="8" w:space="0" w:color="72637F" w:themeColor="accent6"/>
          <w:right w:val="single" w:sz="8" w:space="0" w:color="72637F" w:themeColor="accent6"/>
          <w:insideH w:val="nil"/>
          <w:insideV w:val="single" w:sz="8" w:space="0" w:color="72637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2637F" w:themeColor="accent6"/>
          <w:left w:val="single" w:sz="8" w:space="0" w:color="72637F" w:themeColor="accent6"/>
          <w:bottom w:val="single" w:sz="8" w:space="0" w:color="72637F" w:themeColor="accent6"/>
          <w:right w:val="single" w:sz="8" w:space="0" w:color="72637F" w:themeColor="accent6"/>
        </w:tcBorders>
      </w:tcPr>
    </w:tblStylePr>
    <w:tblStylePr w:type="band1Vert">
      <w:tblPr/>
      <w:tcPr>
        <w:tcBorders>
          <w:top w:val="single" w:sz="8" w:space="0" w:color="72637F" w:themeColor="accent6"/>
          <w:left w:val="single" w:sz="8" w:space="0" w:color="72637F" w:themeColor="accent6"/>
          <w:bottom w:val="single" w:sz="8" w:space="0" w:color="72637F" w:themeColor="accent6"/>
          <w:right w:val="single" w:sz="8" w:space="0" w:color="72637F" w:themeColor="accent6"/>
        </w:tcBorders>
        <w:shd w:val="clear" w:color="auto" w:fill="DCD7E0" w:themeFill="accent6" w:themeFillTint="3F"/>
      </w:tcPr>
    </w:tblStylePr>
    <w:tblStylePr w:type="band1Horz">
      <w:tblPr/>
      <w:tcPr>
        <w:tcBorders>
          <w:top w:val="single" w:sz="8" w:space="0" w:color="72637F" w:themeColor="accent6"/>
          <w:left w:val="single" w:sz="8" w:space="0" w:color="72637F" w:themeColor="accent6"/>
          <w:bottom w:val="single" w:sz="8" w:space="0" w:color="72637F" w:themeColor="accent6"/>
          <w:right w:val="single" w:sz="8" w:space="0" w:color="72637F" w:themeColor="accent6"/>
          <w:insideV w:val="single" w:sz="8" w:space="0" w:color="72637F" w:themeColor="accent6"/>
        </w:tcBorders>
        <w:shd w:val="clear" w:color="auto" w:fill="DCD7E0" w:themeFill="accent6" w:themeFillTint="3F"/>
      </w:tcPr>
    </w:tblStylePr>
    <w:tblStylePr w:type="band2Horz">
      <w:tblPr/>
      <w:tcPr>
        <w:tcBorders>
          <w:top w:val="single" w:sz="8" w:space="0" w:color="72637F" w:themeColor="accent6"/>
          <w:left w:val="single" w:sz="8" w:space="0" w:color="72637F" w:themeColor="accent6"/>
          <w:bottom w:val="single" w:sz="8" w:space="0" w:color="72637F" w:themeColor="accent6"/>
          <w:right w:val="single" w:sz="8" w:space="0" w:color="72637F" w:themeColor="accent6"/>
          <w:insideV w:val="single" w:sz="8" w:space="0" w:color="72637F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630BD" w:themeColor="accent1" w:themeTint="BF"/>
        <w:left w:val="single" w:sz="8" w:space="0" w:color="A630BD" w:themeColor="accent1" w:themeTint="BF"/>
        <w:bottom w:val="single" w:sz="8" w:space="0" w:color="A630BD" w:themeColor="accent1" w:themeTint="BF"/>
        <w:right w:val="single" w:sz="8" w:space="0" w:color="A630BD" w:themeColor="accent1" w:themeTint="BF"/>
        <w:insideH w:val="single" w:sz="8" w:space="0" w:color="A630B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630BD" w:themeColor="accent1" w:themeTint="BF"/>
          <w:left w:val="single" w:sz="8" w:space="0" w:color="A630BD" w:themeColor="accent1" w:themeTint="BF"/>
          <w:bottom w:val="single" w:sz="8" w:space="0" w:color="A630BD" w:themeColor="accent1" w:themeTint="BF"/>
          <w:right w:val="single" w:sz="8" w:space="0" w:color="A630BD" w:themeColor="accent1" w:themeTint="BF"/>
          <w:insideH w:val="nil"/>
          <w:insideV w:val="nil"/>
        </w:tcBorders>
        <w:shd w:val="clear" w:color="auto" w:fill="671E7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630BD" w:themeColor="accent1" w:themeTint="BF"/>
          <w:left w:val="single" w:sz="8" w:space="0" w:color="A630BD" w:themeColor="accent1" w:themeTint="BF"/>
          <w:bottom w:val="single" w:sz="8" w:space="0" w:color="A630BD" w:themeColor="accent1" w:themeTint="BF"/>
          <w:right w:val="single" w:sz="8" w:space="0" w:color="A630B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B7E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B7E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BBFCB" w:themeColor="accent2" w:themeTint="BF"/>
        <w:left w:val="single" w:sz="8" w:space="0" w:color="1BBFCB" w:themeColor="accent2" w:themeTint="BF"/>
        <w:bottom w:val="single" w:sz="8" w:space="0" w:color="1BBFCB" w:themeColor="accent2" w:themeTint="BF"/>
        <w:right w:val="single" w:sz="8" w:space="0" w:color="1BBFCB" w:themeColor="accent2" w:themeTint="BF"/>
        <w:insideH w:val="single" w:sz="8" w:space="0" w:color="1BBFC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BFCB" w:themeColor="accent2" w:themeTint="BF"/>
          <w:left w:val="single" w:sz="8" w:space="0" w:color="1BBFCB" w:themeColor="accent2" w:themeTint="BF"/>
          <w:bottom w:val="single" w:sz="8" w:space="0" w:color="1BBFCB" w:themeColor="accent2" w:themeTint="BF"/>
          <w:right w:val="single" w:sz="8" w:space="0" w:color="1BBFCB" w:themeColor="accent2" w:themeTint="BF"/>
          <w:insideH w:val="nil"/>
          <w:insideV w:val="nil"/>
        </w:tcBorders>
        <w:shd w:val="clear" w:color="auto" w:fill="10727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BFCB" w:themeColor="accent2" w:themeTint="BF"/>
          <w:left w:val="single" w:sz="8" w:space="0" w:color="1BBFCB" w:themeColor="accent2" w:themeTint="BF"/>
          <w:bottom w:val="single" w:sz="8" w:space="0" w:color="1BBFCB" w:themeColor="accent2" w:themeTint="BF"/>
          <w:right w:val="single" w:sz="8" w:space="0" w:color="1BBFC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FF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FF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3DAE5" w:themeColor="accent3" w:themeTint="BF"/>
        <w:left w:val="single" w:sz="8" w:space="0" w:color="E3DAE5" w:themeColor="accent3" w:themeTint="BF"/>
        <w:bottom w:val="single" w:sz="8" w:space="0" w:color="E3DAE5" w:themeColor="accent3" w:themeTint="BF"/>
        <w:right w:val="single" w:sz="8" w:space="0" w:color="E3DAE5" w:themeColor="accent3" w:themeTint="BF"/>
        <w:insideH w:val="single" w:sz="8" w:space="0" w:color="E3DAE5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3DAE5" w:themeColor="accent3" w:themeTint="BF"/>
          <w:left w:val="single" w:sz="8" w:space="0" w:color="E3DAE5" w:themeColor="accent3" w:themeTint="BF"/>
          <w:bottom w:val="single" w:sz="8" w:space="0" w:color="E3DAE5" w:themeColor="accent3" w:themeTint="BF"/>
          <w:right w:val="single" w:sz="8" w:space="0" w:color="E3DAE5" w:themeColor="accent3" w:themeTint="BF"/>
          <w:insideH w:val="nil"/>
          <w:insideV w:val="nil"/>
        </w:tcBorders>
        <w:shd w:val="clear" w:color="auto" w:fill="DACFD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3DAE5" w:themeColor="accent3" w:themeTint="BF"/>
          <w:left w:val="single" w:sz="8" w:space="0" w:color="E3DAE5" w:themeColor="accent3" w:themeTint="BF"/>
          <w:bottom w:val="single" w:sz="8" w:space="0" w:color="E3DAE5" w:themeColor="accent3" w:themeTint="BF"/>
          <w:right w:val="single" w:sz="8" w:space="0" w:color="E3DAE5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3F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F3F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4CCDB" w:themeColor="accent4" w:themeTint="BF"/>
        <w:left w:val="single" w:sz="8" w:space="0" w:color="D4CCDB" w:themeColor="accent4" w:themeTint="BF"/>
        <w:bottom w:val="single" w:sz="8" w:space="0" w:color="D4CCDB" w:themeColor="accent4" w:themeTint="BF"/>
        <w:right w:val="single" w:sz="8" w:space="0" w:color="D4CCDB" w:themeColor="accent4" w:themeTint="BF"/>
        <w:insideH w:val="single" w:sz="8" w:space="0" w:color="D4CCDB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4CCDB" w:themeColor="accent4" w:themeTint="BF"/>
          <w:left w:val="single" w:sz="8" w:space="0" w:color="D4CCDB" w:themeColor="accent4" w:themeTint="BF"/>
          <w:bottom w:val="single" w:sz="8" w:space="0" w:color="D4CCDB" w:themeColor="accent4" w:themeTint="BF"/>
          <w:right w:val="single" w:sz="8" w:space="0" w:color="D4CCDB" w:themeColor="accent4" w:themeTint="BF"/>
          <w:insideH w:val="nil"/>
          <w:insideV w:val="nil"/>
        </w:tcBorders>
        <w:shd w:val="clear" w:color="auto" w:fill="C6BCD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4CCDB" w:themeColor="accent4" w:themeTint="BF"/>
          <w:left w:val="single" w:sz="8" w:space="0" w:color="D4CCDB" w:themeColor="accent4" w:themeTint="BF"/>
          <w:bottom w:val="single" w:sz="8" w:space="0" w:color="D4CCDB" w:themeColor="accent4" w:themeTint="BF"/>
          <w:right w:val="single" w:sz="8" w:space="0" w:color="D4CCDB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EF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EEF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CA2B8" w:themeColor="accent5" w:themeTint="BF"/>
        <w:left w:val="single" w:sz="8" w:space="0" w:color="ACA2B8" w:themeColor="accent5" w:themeTint="BF"/>
        <w:bottom w:val="single" w:sz="8" w:space="0" w:color="ACA2B8" w:themeColor="accent5" w:themeTint="BF"/>
        <w:right w:val="single" w:sz="8" w:space="0" w:color="ACA2B8" w:themeColor="accent5" w:themeTint="BF"/>
        <w:insideH w:val="single" w:sz="8" w:space="0" w:color="ACA2B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CA2B8" w:themeColor="accent5" w:themeTint="BF"/>
          <w:left w:val="single" w:sz="8" w:space="0" w:color="ACA2B8" w:themeColor="accent5" w:themeTint="BF"/>
          <w:bottom w:val="single" w:sz="8" w:space="0" w:color="ACA2B8" w:themeColor="accent5" w:themeTint="BF"/>
          <w:right w:val="single" w:sz="8" w:space="0" w:color="ACA2B8" w:themeColor="accent5" w:themeTint="BF"/>
          <w:insideH w:val="nil"/>
          <w:insideV w:val="nil"/>
        </w:tcBorders>
        <w:shd w:val="clear" w:color="auto" w:fill="9183A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CA2B8" w:themeColor="accent5" w:themeTint="BF"/>
          <w:left w:val="single" w:sz="8" w:space="0" w:color="ACA2B8" w:themeColor="accent5" w:themeTint="BF"/>
          <w:bottom w:val="single" w:sz="8" w:space="0" w:color="ACA2B8" w:themeColor="accent5" w:themeTint="BF"/>
          <w:right w:val="single" w:sz="8" w:space="0" w:color="ACA2B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0E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E0E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587A1" w:themeColor="accent6" w:themeTint="BF"/>
        <w:left w:val="single" w:sz="8" w:space="0" w:color="9587A1" w:themeColor="accent6" w:themeTint="BF"/>
        <w:bottom w:val="single" w:sz="8" w:space="0" w:color="9587A1" w:themeColor="accent6" w:themeTint="BF"/>
        <w:right w:val="single" w:sz="8" w:space="0" w:color="9587A1" w:themeColor="accent6" w:themeTint="BF"/>
        <w:insideH w:val="single" w:sz="8" w:space="0" w:color="9587A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587A1" w:themeColor="accent6" w:themeTint="BF"/>
          <w:left w:val="single" w:sz="8" w:space="0" w:color="9587A1" w:themeColor="accent6" w:themeTint="BF"/>
          <w:bottom w:val="single" w:sz="8" w:space="0" w:color="9587A1" w:themeColor="accent6" w:themeTint="BF"/>
          <w:right w:val="single" w:sz="8" w:space="0" w:color="9587A1" w:themeColor="accent6" w:themeTint="BF"/>
          <w:insideH w:val="nil"/>
          <w:insideV w:val="nil"/>
        </w:tcBorders>
        <w:shd w:val="clear" w:color="auto" w:fill="72637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87A1" w:themeColor="accent6" w:themeTint="BF"/>
          <w:left w:val="single" w:sz="8" w:space="0" w:color="9587A1" w:themeColor="accent6" w:themeTint="BF"/>
          <w:bottom w:val="single" w:sz="8" w:space="0" w:color="9587A1" w:themeColor="accent6" w:themeTint="BF"/>
          <w:right w:val="single" w:sz="8" w:space="0" w:color="9587A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D7E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D7E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71E7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71E7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71E7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0727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0727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0727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ACFD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ACFD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ACFD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BCD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BCD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BCD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3A1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183A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183A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2637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2637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2637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71E75" w:themeColor="accent1"/>
        <w:bottom w:val="single" w:sz="8" w:space="0" w:color="671E7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71E75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671E75" w:themeColor="accent1"/>
          <w:bottom w:val="single" w:sz="8" w:space="0" w:color="671E7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71E75" w:themeColor="accent1"/>
          <w:bottom w:val="single" w:sz="8" w:space="0" w:color="671E75" w:themeColor="accent1"/>
        </w:tcBorders>
      </w:tcPr>
    </w:tblStylePr>
    <w:tblStylePr w:type="band1Vert">
      <w:tblPr/>
      <w:tcPr>
        <w:shd w:val="clear" w:color="auto" w:fill="E3B7EC" w:themeFill="accent1" w:themeFillTint="3F"/>
      </w:tcPr>
    </w:tblStylePr>
    <w:tblStylePr w:type="band1Horz">
      <w:tblPr/>
      <w:tcPr>
        <w:shd w:val="clear" w:color="auto" w:fill="E3B7EC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07279" w:themeColor="accent2"/>
        <w:bottom w:val="single" w:sz="8" w:space="0" w:color="10727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07279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07279" w:themeColor="accent2"/>
          <w:bottom w:val="single" w:sz="8" w:space="0" w:color="10727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07279" w:themeColor="accent2"/>
          <w:bottom w:val="single" w:sz="8" w:space="0" w:color="107279" w:themeColor="accent2"/>
        </w:tcBorders>
      </w:tcPr>
    </w:tblStylePr>
    <w:tblStylePr w:type="band1Vert">
      <w:tblPr/>
      <w:tcPr>
        <w:shd w:val="clear" w:color="auto" w:fill="ADEFF4" w:themeFill="accent2" w:themeFillTint="3F"/>
      </w:tcPr>
    </w:tblStylePr>
    <w:tblStylePr w:type="band1Horz">
      <w:tblPr/>
      <w:tcPr>
        <w:shd w:val="clear" w:color="auto" w:fill="ADEFF4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ACFDD" w:themeColor="accent3"/>
        <w:bottom w:val="single" w:sz="8" w:space="0" w:color="DACFD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ACFDD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DACFDD" w:themeColor="accent3"/>
          <w:bottom w:val="single" w:sz="8" w:space="0" w:color="DACFD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ACFDD" w:themeColor="accent3"/>
          <w:bottom w:val="single" w:sz="8" w:space="0" w:color="DACFDD" w:themeColor="accent3"/>
        </w:tcBorders>
      </w:tcPr>
    </w:tblStylePr>
    <w:tblStylePr w:type="band1Vert">
      <w:tblPr/>
      <w:tcPr>
        <w:shd w:val="clear" w:color="auto" w:fill="F5F3F6" w:themeFill="accent3" w:themeFillTint="3F"/>
      </w:tcPr>
    </w:tblStylePr>
    <w:tblStylePr w:type="band1Horz">
      <w:tblPr/>
      <w:tcPr>
        <w:shd w:val="clear" w:color="auto" w:fill="F5F3F6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6BCD0" w:themeColor="accent4"/>
        <w:bottom w:val="single" w:sz="8" w:space="0" w:color="C6BCD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BCD0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C6BCD0" w:themeColor="accent4"/>
          <w:bottom w:val="single" w:sz="8" w:space="0" w:color="C6BCD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BCD0" w:themeColor="accent4"/>
          <w:bottom w:val="single" w:sz="8" w:space="0" w:color="C6BCD0" w:themeColor="accent4"/>
        </w:tcBorders>
      </w:tcPr>
    </w:tblStylePr>
    <w:tblStylePr w:type="band1Vert">
      <w:tblPr/>
      <w:tcPr>
        <w:shd w:val="clear" w:color="auto" w:fill="F0EEF3" w:themeFill="accent4" w:themeFillTint="3F"/>
      </w:tcPr>
    </w:tblStylePr>
    <w:tblStylePr w:type="band1Horz">
      <w:tblPr/>
      <w:tcPr>
        <w:shd w:val="clear" w:color="auto" w:fill="F0EEF3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183A1" w:themeColor="accent5"/>
        <w:bottom w:val="single" w:sz="8" w:space="0" w:color="9183A1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183A1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9183A1" w:themeColor="accent5"/>
          <w:bottom w:val="single" w:sz="8" w:space="0" w:color="9183A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183A1" w:themeColor="accent5"/>
          <w:bottom w:val="single" w:sz="8" w:space="0" w:color="9183A1" w:themeColor="accent5"/>
        </w:tcBorders>
      </w:tcPr>
    </w:tblStylePr>
    <w:tblStylePr w:type="band1Vert">
      <w:tblPr/>
      <w:tcPr>
        <w:shd w:val="clear" w:color="auto" w:fill="E3E0E7" w:themeFill="accent5" w:themeFillTint="3F"/>
      </w:tcPr>
    </w:tblStylePr>
    <w:tblStylePr w:type="band1Horz">
      <w:tblPr/>
      <w:tcPr>
        <w:shd w:val="clear" w:color="auto" w:fill="E3E0E7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2637F" w:themeColor="accent6"/>
        <w:bottom w:val="single" w:sz="8" w:space="0" w:color="72637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2637F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72637F" w:themeColor="accent6"/>
          <w:bottom w:val="single" w:sz="8" w:space="0" w:color="72637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2637F" w:themeColor="accent6"/>
          <w:bottom w:val="single" w:sz="8" w:space="0" w:color="72637F" w:themeColor="accent6"/>
        </w:tcBorders>
      </w:tcPr>
    </w:tblStylePr>
    <w:tblStylePr w:type="band1Vert">
      <w:tblPr/>
      <w:tcPr>
        <w:shd w:val="clear" w:color="auto" w:fill="DCD7E0" w:themeFill="accent6" w:themeFillTint="3F"/>
      </w:tcPr>
    </w:tblStylePr>
    <w:tblStylePr w:type="band1Horz">
      <w:tblPr/>
      <w:tcPr>
        <w:shd w:val="clear" w:color="auto" w:fill="DCD7E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71E75" w:themeColor="accent1"/>
        <w:left w:val="single" w:sz="8" w:space="0" w:color="671E75" w:themeColor="accent1"/>
        <w:bottom w:val="single" w:sz="8" w:space="0" w:color="671E75" w:themeColor="accent1"/>
        <w:right w:val="single" w:sz="8" w:space="0" w:color="671E7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71E7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71E7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71E7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71E7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B7E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B7E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07279" w:themeColor="accent2"/>
        <w:left w:val="single" w:sz="8" w:space="0" w:color="107279" w:themeColor="accent2"/>
        <w:bottom w:val="single" w:sz="8" w:space="0" w:color="107279" w:themeColor="accent2"/>
        <w:right w:val="single" w:sz="8" w:space="0" w:color="10727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0727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07279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0727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0727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FF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FF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ACFDD" w:themeColor="accent3"/>
        <w:left w:val="single" w:sz="8" w:space="0" w:color="DACFDD" w:themeColor="accent3"/>
        <w:bottom w:val="single" w:sz="8" w:space="0" w:color="DACFDD" w:themeColor="accent3"/>
        <w:right w:val="single" w:sz="8" w:space="0" w:color="DACFD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ACFD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ACFDD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ACFD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ACFD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F3F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F3F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6BCD0" w:themeColor="accent4"/>
        <w:left w:val="single" w:sz="8" w:space="0" w:color="C6BCD0" w:themeColor="accent4"/>
        <w:bottom w:val="single" w:sz="8" w:space="0" w:color="C6BCD0" w:themeColor="accent4"/>
        <w:right w:val="single" w:sz="8" w:space="0" w:color="C6BCD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BCD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BCD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BCD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BCD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EF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EEF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183A1" w:themeColor="accent5"/>
        <w:left w:val="single" w:sz="8" w:space="0" w:color="9183A1" w:themeColor="accent5"/>
        <w:bottom w:val="single" w:sz="8" w:space="0" w:color="9183A1" w:themeColor="accent5"/>
        <w:right w:val="single" w:sz="8" w:space="0" w:color="9183A1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183A1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183A1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183A1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183A1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0E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0E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2637F" w:themeColor="accent6"/>
        <w:left w:val="single" w:sz="8" w:space="0" w:color="72637F" w:themeColor="accent6"/>
        <w:bottom w:val="single" w:sz="8" w:space="0" w:color="72637F" w:themeColor="accent6"/>
        <w:right w:val="single" w:sz="8" w:space="0" w:color="72637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2637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2637F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2637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2637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7E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D7E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630BD" w:themeColor="accent1" w:themeTint="BF"/>
        <w:left w:val="single" w:sz="8" w:space="0" w:color="A630BD" w:themeColor="accent1" w:themeTint="BF"/>
        <w:bottom w:val="single" w:sz="8" w:space="0" w:color="A630BD" w:themeColor="accent1" w:themeTint="BF"/>
        <w:right w:val="single" w:sz="8" w:space="0" w:color="A630BD" w:themeColor="accent1" w:themeTint="BF"/>
        <w:insideH w:val="single" w:sz="8" w:space="0" w:color="A630BD" w:themeColor="accent1" w:themeTint="BF"/>
        <w:insideV w:val="single" w:sz="8" w:space="0" w:color="A630BD" w:themeColor="accent1" w:themeTint="BF"/>
      </w:tblBorders>
    </w:tblPr>
    <w:tcPr>
      <w:shd w:val="clear" w:color="auto" w:fill="E3B7E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630B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6EDA" w:themeFill="accent1" w:themeFillTint="7F"/>
      </w:tcPr>
    </w:tblStylePr>
    <w:tblStylePr w:type="band1Horz">
      <w:tblPr/>
      <w:tcPr>
        <w:shd w:val="clear" w:color="auto" w:fill="C86EDA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BBFCB" w:themeColor="accent2" w:themeTint="BF"/>
        <w:left w:val="single" w:sz="8" w:space="0" w:color="1BBFCB" w:themeColor="accent2" w:themeTint="BF"/>
        <w:bottom w:val="single" w:sz="8" w:space="0" w:color="1BBFCB" w:themeColor="accent2" w:themeTint="BF"/>
        <w:right w:val="single" w:sz="8" w:space="0" w:color="1BBFCB" w:themeColor="accent2" w:themeTint="BF"/>
        <w:insideH w:val="single" w:sz="8" w:space="0" w:color="1BBFCB" w:themeColor="accent2" w:themeTint="BF"/>
        <w:insideV w:val="single" w:sz="8" w:space="0" w:color="1BBFCB" w:themeColor="accent2" w:themeTint="BF"/>
      </w:tblBorders>
    </w:tblPr>
    <w:tcPr>
      <w:shd w:val="clear" w:color="auto" w:fill="ADEFF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BFC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FE9" w:themeFill="accent2" w:themeFillTint="7F"/>
      </w:tcPr>
    </w:tblStylePr>
    <w:tblStylePr w:type="band1Horz">
      <w:tblPr/>
      <w:tcPr>
        <w:shd w:val="clear" w:color="auto" w:fill="5ADFE9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3DAE5" w:themeColor="accent3" w:themeTint="BF"/>
        <w:left w:val="single" w:sz="8" w:space="0" w:color="E3DAE5" w:themeColor="accent3" w:themeTint="BF"/>
        <w:bottom w:val="single" w:sz="8" w:space="0" w:color="E3DAE5" w:themeColor="accent3" w:themeTint="BF"/>
        <w:right w:val="single" w:sz="8" w:space="0" w:color="E3DAE5" w:themeColor="accent3" w:themeTint="BF"/>
        <w:insideH w:val="single" w:sz="8" w:space="0" w:color="E3DAE5" w:themeColor="accent3" w:themeTint="BF"/>
        <w:insideV w:val="single" w:sz="8" w:space="0" w:color="E3DAE5" w:themeColor="accent3" w:themeTint="BF"/>
      </w:tblBorders>
    </w:tblPr>
    <w:tcPr>
      <w:shd w:val="clear" w:color="auto" w:fill="F5F3F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3DAE5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7EE" w:themeFill="accent3" w:themeFillTint="7F"/>
      </w:tcPr>
    </w:tblStylePr>
    <w:tblStylePr w:type="band1Horz">
      <w:tblPr/>
      <w:tcPr>
        <w:shd w:val="clear" w:color="auto" w:fill="ECE7EE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4CCDB" w:themeColor="accent4" w:themeTint="BF"/>
        <w:left w:val="single" w:sz="8" w:space="0" w:color="D4CCDB" w:themeColor="accent4" w:themeTint="BF"/>
        <w:bottom w:val="single" w:sz="8" w:space="0" w:color="D4CCDB" w:themeColor="accent4" w:themeTint="BF"/>
        <w:right w:val="single" w:sz="8" w:space="0" w:color="D4CCDB" w:themeColor="accent4" w:themeTint="BF"/>
        <w:insideH w:val="single" w:sz="8" w:space="0" w:color="D4CCDB" w:themeColor="accent4" w:themeTint="BF"/>
        <w:insideV w:val="single" w:sz="8" w:space="0" w:color="D4CCDB" w:themeColor="accent4" w:themeTint="BF"/>
      </w:tblBorders>
    </w:tblPr>
    <w:tcPr>
      <w:shd w:val="clear" w:color="auto" w:fill="F0EEF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4CCDB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DDE7" w:themeFill="accent4" w:themeFillTint="7F"/>
      </w:tcPr>
    </w:tblStylePr>
    <w:tblStylePr w:type="band1Horz">
      <w:tblPr/>
      <w:tcPr>
        <w:shd w:val="clear" w:color="auto" w:fill="E2DDE7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CA2B8" w:themeColor="accent5" w:themeTint="BF"/>
        <w:left w:val="single" w:sz="8" w:space="0" w:color="ACA2B8" w:themeColor="accent5" w:themeTint="BF"/>
        <w:bottom w:val="single" w:sz="8" w:space="0" w:color="ACA2B8" w:themeColor="accent5" w:themeTint="BF"/>
        <w:right w:val="single" w:sz="8" w:space="0" w:color="ACA2B8" w:themeColor="accent5" w:themeTint="BF"/>
        <w:insideH w:val="single" w:sz="8" w:space="0" w:color="ACA2B8" w:themeColor="accent5" w:themeTint="BF"/>
        <w:insideV w:val="single" w:sz="8" w:space="0" w:color="ACA2B8" w:themeColor="accent5" w:themeTint="BF"/>
      </w:tblBorders>
    </w:tblPr>
    <w:tcPr>
      <w:shd w:val="clear" w:color="auto" w:fill="E3E0E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A2B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C1D0" w:themeFill="accent5" w:themeFillTint="7F"/>
      </w:tcPr>
    </w:tblStylePr>
    <w:tblStylePr w:type="band1Horz">
      <w:tblPr/>
      <w:tcPr>
        <w:shd w:val="clear" w:color="auto" w:fill="C8C1D0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587A1" w:themeColor="accent6" w:themeTint="BF"/>
        <w:left w:val="single" w:sz="8" w:space="0" w:color="9587A1" w:themeColor="accent6" w:themeTint="BF"/>
        <w:bottom w:val="single" w:sz="8" w:space="0" w:color="9587A1" w:themeColor="accent6" w:themeTint="BF"/>
        <w:right w:val="single" w:sz="8" w:space="0" w:color="9587A1" w:themeColor="accent6" w:themeTint="BF"/>
        <w:insideH w:val="single" w:sz="8" w:space="0" w:color="9587A1" w:themeColor="accent6" w:themeTint="BF"/>
        <w:insideV w:val="single" w:sz="8" w:space="0" w:color="9587A1" w:themeColor="accent6" w:themeTint="BF"/>
      </w:tblBorders>
    </w:tblPr>
    <w:tcPr>
      <w:shd w:val="clear" w:color="auto" w:fill="DCD7E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587A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AFC1" w:themeFill="accent6" w:themeFillTint="7F"/>
      </w:tcPr>
    </w:tblStylePr>
    <w:tblStylePr w:type="band1Horz">
      <w:tblPr/>
      <w:tcPr>
        <w:shd w:val="clear" w:color="auto" w:fill="B8AFC1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71E75" w:themeColor="accent1"/>
        <w:left w:val="single" w:sz="8" w:space="0" w:color="671E75" w:themeColor="accent1"/>
        <w:bottom w:val="single" w:sz="8" w:space="0" w:color="671E75" w:themeColor="accent1"/>
        <w:right w:val="single" w:sz="8" w:space="0" w:color="671E75" w:themeColor="accent1"/>
        <w:insideH w:val="single" w:sz="8" w:space="0" w:color="671E75" w:themeColor="accent1"/>
        <w:insideV w:val="single" w:sz="8" w:space="0" w:color="671E75" w:themeColor="accent1"/>
      </w:tblBorders>
    </w:tblPr>
    <w:tcPr>
      <w:shd w:val="clear" w:color="auto" w:fill="E3B7E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E2F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C5F0" w:themeFill="accent1" w:themeFillTint="33"/>
      </w:tcPr>
    </w:tblStylePr>
    <w:tblStylePr w:type="band1Vert">
      <w:tblPr/>
      <w:tcPr>
        <w:shd w:val="clear" w:color="auto" w:fill="C86EDA" w:themeFill="accent1" w:themeFillTint="7F"/>
      </w:tcPr>
    </w:tblStylePr>
    <w:tblStylePr w:type="band1Horz">
      <w:tblPr/>
      <w:tcPr>
        <w:tcBorders>
          <w:insideH w:val="single" w:sz="6" w:space="0" w:color="671E75" w:themeColor="accent1"/>
          <w:insideV w:val="single" w:sz="6" w:space="0" w:color="671E75" w:themeColor="accent1"/>
        </w:tcBorders>
        <w:shd w:val="clear" w:color="auto" w:fill="C86ED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07279" w:themeColor="accent2"/>
        <w:left w:val="single" w:sz="8" w:space="0" w:color="107279" w:themeColor="accent2"/>
        <w:bottom w:val="single" w:sz="8" w:space="0" w:color="107279" w:themeColor="accent2"/>
        <w:right w:val="single" w:sz="8" w:space="0" w:color="107279" w:themeColor="accent2"/>
        <w:insideH w:val="single" w:sz="8" w:space="0" w:color="107279" w:themeColor="accent2"/>
        <w:insideV w:val="single" w:sz="8" w:space="0" w:color="107279" w:themeColor="accent2"/>
      </w:tblBorders>
    </w:tblPr>
    <w:tcPr>
      <w:shd w:val="clear" w:color="auto" w:fill="ADEFF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EF8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F2F6" w:themeFill="accent2" w:themeFillTint="33"/>
      </w:tcPr>
    </w:tblStylePr>
    <w:tblStylePr w:type="band1Vert">
      <w:tblPr/>
      <w:tcPr>
        <w:shd w:val="clear" w:color="auto" w:fill="5ADFE9" w:themeFill="accent2" w:themeFillTint="7F"/>
      </w:tcPr>
    </w:tblStylePr>
    <w:tblStylePr w:type="band1Horz">
      <w:tblPr/>
      <w:tcPr>
        <w:tcBorders>
          <w:insideH w:val="single" w:sz="6" w:space="0" w:color="107279" w:themeColor="accent2"/>
          <w:insideV w:val="single" w:sz="6" w:space="0" w:color="107279" w:themeColor="accent2"/>
        </w:tcBorders>
        <w:shd w:val="clear" w:color="auto" w:fill="5ADFE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ACFDD" w:themeColor="accent3"/>
        <w:left w:val="single" w:sz="8" w:space="0" w:color="DACFDD" w:themeColor="accent3"/>
        <w:bottom w:val="single" w:sz="8" w:space="0" w:color="DACFDD" w:themeColor="accent3"/>
        <w:right w:val="single" w:sz="8" w:space="0" w:color="DACFDD" w:themeColor="accent3"/>
        <w:insideH w:val="single" w:sz="8" w:space="0" w:color="DACFDD" w:themeColor="accent3"/>
        <w:insideV w:val="single" w:sz="8" w:space="0" w:color="DACFDD" w:themeColor="accent3"/>
      </w:tblBorders>
    </w:tblPr>
    <w:tcPr>
      <w:shd w:val="clear" w:color="auto" w:fill="F5F3F6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BFAFB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5F8" w:themeFill="accent3" w:themeFillTint="33"/>
      </w:tcPr>
    </w:tblStylePr>
    <w:tblStylePr w:type="band1Vert">
      <w:tblPr/>
      <w:tcPr>
        <w:shd w:val="clear" w:color="auto" w:fill="ECE7EE" w:themeFill="accent3" w:themeFillTint="7F"/>
      </w:tcPr>
    </w:tblStylePr>
    <w:tblStylePr w:type="band1Horz">
      <w:tblPr/>
      <w:tcPr>
        <w:tcBorders>
          <w:insideH w:val="single" w:sz="6" w:space="0" w:color="DACFDD" w:themeColor="accent3"/>
          <w:insideV w:val="single" w:sz="6" w:space="0" w:color="DACFDD" w:themeColor="accent3"/>
        </w:tcBorders>
        <w:shd w:val="clear" w:color="auto" w:fill="ECE7E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6BCD0" w:themeColor="accent4"/>
        <w:left w:val="single" w:sz="8" w:space="0" w:color="C6BCD0" w:themeColor="accent4"/>
        <w:bottom w:val="single" w:sz="8" w:space="0" w:color="C6BCD0" w:themeColor="accent4"/>
        <w:right w:val="single" w:sz="8" w:space="0" w:color="C6BCD0" w:themeColor="accent4"/>
        <w:insideH w:val="single" w:sz="8" w:space="0" w:color="C6BCD0" w:themeColor="accent4"/>
        <w:insideV w:val="single" w:sz="8" w:space="0" w:color="C6BCD0" w:themeColor="accent4"/>
      </w:tblBorders>
    </w:tblPr>
    <w:tcPr>
      <w:shd w:val="clear" w:color="auto" w:fill="F0EEF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9F8F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F1F5" w:themeFill="accent4" w:themeFillTint="33"/>
      </w:tcPr>
    </w:tblStylePr>
    <w:tblStylePr w:type="band1Vert">
      <w:tblPr/>
      <w:tcPr>
        <w:shd w:val="clear" w:color="auto" w:fill="E2DDE7" w:themeFill="accent4" w:themeFillTint="7F"/>
      </w:tcPr>
    </w:tblStylePr>
    <w:tblStylePr w:type="band1Horz">
      <w:tblPr/>
      <w:tcPr>
        <w:tcBorders>
          <w:insideH w:val="single" w:sz="6" w:space="0" w:color="C6BCD0" w:themeColor="accent4"/>
          <w:insideV w:val="single" w:sz="6" w:space="0" w:color="C6BCD0" w:themeColor="accent4"/>
        </w:tcBorders>
        <w:shd w:val="clear" w:color="auto" w:fill="E2DDE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183A1" w:themeColor="accent5"/>
        <w:left w:val="single" w:sz="8" w:space="0" w:color="9183A1" w:themeColor="accent5"/>
        <w:bottom w:val="single" w:sz="8" w:space="0" w:color="9183A1" w:themeColor="accent5"/>
        <w:right w:val="single" w:sz="8" w:space="0" w:color="9183A1" w:themeColor="accent5"/>
        <w:insideH w:val="single" w:sz="8" w:space="0" w:color="9183A1" w:themeColor="accent5"/>
        <w:insideV w:val="single" w:sz="8" w:space="0" w:color="9183A1" w:themeColor="accent5"/>
      </w:tblBorders>
    </w:tblPr>
    <w:tcPr>
      <w:shd w:val="clear" w:color="auto" w:fill="E3E0E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2F5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6EC" w:themeFill="accent5" w:themeFillTint="33"/>
      </w:tcPr>
    </w:tblStylePr>
    <w:tblStylePr w:type="band1Vert">
      <w:tblPr/>
      <w:tcPr>
        <w:shd w:val="clear" w:color="auto" w:fill="C8C1D0" w:themeFill="accent5" w:themeFillTint="7F"/>
      </w:tcPr>
    </w:tblStylePr>
    <w:tblStylePr w:type="band1Horz">
      <w:tblPr/>
      <w:tcPr>
        <w:tcBorders>
          <w:insideH w:val="single" w:sz="6" w:space="0" w:color="9183A1" w:themeColor="accent5"/>
          <w:insideV w:val="single" w:sz="6" w:space="0" w:color="9183A1" w:themeColor="accent5"/>
        </w:tcBorders>
        <w:shd w:val="clear" w:color="auto" w:fill="C8C1D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2637F" w:themeColor="accent6"/>
        <w:left w:val="single" w:sz="8" w:space="0" w:color="72637F" w:themeColor="accent6"/>
        <w:bottom w:val="single" w:sz="8" w:space="0" w:color="72637F" w:themeColor="accent6"/>
        <w:right w:val="single" w:sz="8" w:space="0" w:color="72637F" w:themeColor="accent6"/>
        <w:insideH w:val="single" w:sz="8" w:space="0" w:color="72637F" w:themeColor="accent6"/>
        <w:insideV w:val="single" w:sz="8" w:space="0" w:color="72637F" w:themeColor="accent6"/>
      </w:tblBorders>
    </w:tblPr>
    <w:tcPr>
      <w:shd w:val="clear" w:color="auto" w:fill="DCD7E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1EFF2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DEE6" w:themeFill="accent6" w:themeFillTint="33"/>
      </w:tcPr>
    </w:tblStylePr>
    <w:tblStylePr w:type="band1Vert">
      <w:tblPr/>
      <w:tcPr>
        <w:shd w:val="clear" w:color="auto" w:fill="B8AFC1" w:themeFill="accent6" w:themeFillTint="7F"/>
      </w:tcPr>
    </w:tblStylePr>
    <w:tblStylePr w:type="band1Horz">
      <w:tblPr/>
      <w:tcPr>
        <w:tcBorders>
          <w:insideH w:val="single" w:sz="6" w:space="0" w:color="72637F" w:themeColor="accent6"/>
          <w:insideV w:val="single" w:sz="6" w:space="0" w:color="72637F" w:themeColor="accent6"/>
        </w:tcBorders>
        <w:shd w:val="clear" w:color="auto" w:fill="B8AFC1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B7E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71E7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71E7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71E7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71E7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86ED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86EDA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FF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0727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0727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0727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0727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FE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FE9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F3F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ACFD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ACFD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ACFD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ACFD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CE7E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CE7EE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0EEF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BCD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BCD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BCD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BCD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2DDE7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2DDE7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E0E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183A1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183A1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183A1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183A1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8C1D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8C1D0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D7E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2637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2637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2637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2637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8AFC1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8AFC1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71E7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0F3A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165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165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165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1657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0727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8383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C555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C555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555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555A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ACFD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4587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98FB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98FB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8FB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8FB0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BCD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5173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81A7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81A7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81A7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81A7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183A1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83E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C5E7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C5E7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C5E7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C5E7C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2637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313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54A5E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54A5E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54A5E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54A5E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0727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0727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07279" w:themeColor="accent2"/>
        <w:left w:val="single" w:sz="4" w:space="0" w:color="671E75" w:themeColor="accent1"/>
        <w:bottom w:val="single" w:sz="4" w:space="0" w:color="671E75" w:themeColor="accent1"/>
        <w:right w:val="single" w:sz="4" w:space="0" w:color="671E7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2F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0727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1246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1246" w:themeColor="accent1" w:themeShade="99"/>
          <w:insideV w:val="nil"/>
        </w:tcBorders>
        <w:shd w:val="clear" w:color="auto" w:fill="3D1246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1246" w:themeFill="accent1" w:themeFillShade="99"/>
      </w:tcPr>
    </w:tblStylePr>
    <w:tblStylePr w:type="band1Vert">
      <w:tblPr/>
      <w:tcPr>
        <w:shd w:val="clear" w:color="auto" w:fill="D38BE1" w:themeFill="accent1" w:themeFillTint="66"/>
      </w:tcPr>
    </w:tblStylePr>
    <w:tblStylePr w:type="band1Horz">
      <w:tblPr/>
      <w:tcPr>
        <w:shd w:val="clear" w:color="auto" w:fill="C86ED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07279" w:themeColor="accent2"/>
        <w:left w:val="single" w:sz="4" w:space="0" w:color="107279" w:themeColor="accent2"/>
        <w:bottom w:val="single" w:sz="4" w:space="0" w:color="107279" w:themeColor="accent2"/>
        <w:right w:val="single" w:sz="4" w:space="0" w:color="10727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8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0727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4448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4448" w:themeColor="accent2" w:themeShade="99"/>
          <w:insideV w:val="nil"/>
        </w:tcBorders>
        <w:shd w:val="clear" w:color="auto" w:fill="094448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4448" w:themeFill="accent2" w:themeFillShade="99"/>
      </w:tcPr>
    </w:tblStylePr>
    <w:tblStylePr w:type="band1Vert">
      <w:tblPr/>
      <w:tcPr>
        <w:shd w:val="clear" w:color="auto" w:fill="7BE6ED" w:themeFill="accent2" w:themeFillTint="66"/>
      </w:tcPr>
    </w:tblStylePr>
    <w:tblStylePr w:type="band1Horz">
      <w:tblPr/>
      <w:tcPr>
        <w:shd w:val="clear" w:color="auto" w:fill="5ADFE9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6BCD0" w:themeColor="accent4"/>
        <w:left w:val="single" w:sz="4" w:space="0" w:color="DACFDD" w:themeColor="accent3"/>
        <w:bottom w:val="single" w:sz="4" w:space="0" w:color="DACFDD" w:themeColor="accent3"/>
        <w:right w:val="single" w:sz="4" w:space="0" w:color="DACFD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AF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BCD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C6A96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C6A96" w:themeColor="accent3" w:themeShade="99"/>
          <w:insideV w:val="nil"/>
        </w:tcBorders>
        <w:shd w:val="clear" w:color="auto" w:fill="8C6A96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6A96" w:themeFill="accent3" w:themeFillShade="99"/>
      </w:tcPr>
    </w:tblStylePr>
    <w:tblStylePr w:type="band1Vert">
      <w:tblPr/>
      <w:tcPr>
        <w:shd w:val="clear" w:color="auto" w:fill="F0EBF1" w:themeFill="accent3" w:themeFillTint="66"/>
      </w:tcPr>
    </w:tblStylePr>
    <w:tblStylePr w:type="band1Horz">
      <w:tblPr/>
      <w:tcPr>
        <w:shd w:val="clear" w:color="auto" w:fill="ECE7E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ACFDD" w:themeColor="accent3"/>
        <w:left w:val="single" w:sz="4" w:space="0" w:color="C6BCD0" w:themeColor="accent4"/>
        <w:bottom w:val="single" w:sz="4" w:space="0" w:color="C6BCD0" w:themeColor="accent4"/>
        <w:right w:val="single" w:sz="4" w:space="0" w:color="C6BCD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8F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ACFD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628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628B" w:themeColor="accent4" w:themeShade="99"/>
          <w:insideV w:val="nil"/>
        </w:tcBorders>
        <w:shd w:val="clear" w:color="auto" w:fill="76628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628B" w:themeFill="accent4" w:themeFillShade="99"/>
      </w:tcPr>
    </w:tblStylePr>
    <w:tblStylePr w:type="band1Vert">
      <w:tblPr/>
      <w:tcPr>
        <w:shd w:val="clear" w:color="auto" w:fill="E8E4EC" w:themeFill="accent4" w:themeFillTint="66"/>
      </w:tcPr>
    </w:tblStylePr>
    <w:tblStylePr w:type="band1Horz">
      <w:tblPr/>
      <w:tcPr>
        <w:shd w:val="clear" w:color="auto" w:fill="E2DDE7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2637F" w:themeColor="accent6"/>
        <w:left w:val="single" w:sz="4" w:space="0" w:color="9183A1" w:themeColor="accent5"/>
        <w:bottom w:val="single" w:sz="4" w:space="0" w:color="9183A1" w:themeColor="accent5"/>
        <w:right w:val="single" w:sz="4" w:space="0" w:color="9183A1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2F5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2637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64B6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64B63" w:themeColor="accent5" w:themeShade="99"/>
          <w:insideV w:val="nil"/>
        </w:tcBorders>
        <w:shd w:val="clear" w:color="auto" w:fill="564B6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B63" w:themeFill="accent5" w:themeFillShade="99"/>
      </w:tcPr>
    </w:tblStylePr>
    <w:tblStylePr w:type="band1Vert">
      <w:tblPr/>
      <w:tcPr>
        <w:shd w:val="clear" w:color="auto" w:fill="D2CDD9" w:themeFill="accent5" w:themeFillTint="66"/>
      </w:tcPr>
    </w:tblStylePr>
    <w:tblStylePr w:type="band1Horz">
      <w:tblPr/>
      <w:tcPr>
        <w:shd w:val="clear" w:color="auto" w:fill="C8C1D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183A1" w:themeColor="accent5"/>
        <w:left w:val="single" w:sz="4" w:space="0" w:color="72637F" w:themeColor="accent6"/>
        <w:bottom w:val="single" w:sz="4" w:space="0" w:color="72637F" w:themeColor="accent6"/>
        <w:right w:val="single" w:sz="4" w:space="0" w:color="72637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FF2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183A1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3B4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3B4C" w:themeColor="accent6" w:themeShade="99"/>
          <w:insideV w:val="nil"/>
        </w:tcBorders>
        <w:shd w:val="clear" w:color="auto" w:fill="443B4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3B4C" w:themeFill="accent6" w:themeFillShade="99"/>
      </w:tcPr>
    </w:tblStylePr>
    <w:tblStylePr w:type="band1Vert">
      <w:tblPr/>
      <w:tcPr>
        <w:shd w:val="clear" w:color="auto" w:fill="C6BFCD" w:themeFill="accent6" w:themeFillTint="66"/>
      </w:tcPr>
    </w:tblStylePr>
    <w:tblStylePr w:type="band1Horz">
      <w:tblPr/>
      <w:tcPr>
        <w:shd w:val="clear" w:color="auto" w:fill="B8AFC1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5A60" w:themeFill="accent2" w:themeFillShade="CC"/>
      </w:tcPr>
    </w:tblStylePr>
    <w:tblStylePr w:type="lastRow">
      <w:rPr>
        <w:b/>
        <w:bCs/>
        <w:color w:val="0C5A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2F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5A60" w:themeFill="accent2" w:themeFillShade="CC"/>
      </w:tcPr>
    </w:tblStylePr>
    <w:tblStylePr w:type="lastRow">
      <w:rPr>
        <w:b/>
        <w:bCs/>
        <w:color w:val="0C5A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B7EC" w:themeFill="accent1" w:themeFillTint="3F"/>
      </w:tcPr>
    </w:tblStylePr>
    <w:tblStylePr w:type="band1Horz">
      <w:tblPr/>
      <w:tcPr>
        <w:shd w:val="clear" w:color="auto" w:fill="E9C5F0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EF8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5A60" w:themeFill="accent2" w:themeFillShade="CC"/>
      </w:tcPr>
    </w:tblStylePr>
    <w:tblStylePr w:type="lastRow">
      <w:rPr>
        <w:b/>
        <w:bCs/>
        <w:color w:val="0C5A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FF4" w:themeFill="accent2" w:themeFillTint="3F"/>
      </w:tcPr>
    </w:tblStylePr>
    <w:tblStylePr w:type="band1Horz">
      <w:tblPr/>
      <w:tcPr>
        <w:shd w:val="clear" w:color="auto" w:fill="BDF2F6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AF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8DAF" w:themeFill="accent4" w:themeFillShade="CC"/>
      </w:tcPr>
    </w:tblStylePr>
    <w:tblStylePr w:type="lastRow">
      <w:rPr>
        <w:b/>
        <w:bCs/>
        <w:color w:val="9E8DA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F3F6" w:themeFill="accent3" w:themeFillTint="3F"/>
      </w:tcPr>
    </w:tblStylePr>
    <w:tblStylePr w:type="band1Horz">
      <w:tblPr/>
      <w:tcPr>
        <w:shd w:val="clear" w:color="auto" w:fill="F7F5F8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8F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39CB9" w:themeFill="accent3" w:themeFillShade="CC"/>
      </w:tcPr>
    </w:tblStylePr>
    <w:tblStylePr w:type="lastRow">
      <w:rPr>
        <w:b/>
        <w:bCs/>
        <w:color w:val="B39CB9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EF3" w:themeFill="accent4" w:themeFillTint="3F"/>
      </w:tcPr>
    </w:tblStylePr>
    <w:tblStylePr w:type="band1Horz">
      <w:tblPr/>
      <w:tcPr>
        <w:shd w:val="clear" w:color="auto" w:fill="F3F1F5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2F5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4F65" w:themeFill="accent6" w:themeFillShade="CC"/>
      </w:tcPr>
    </w:tblStylePr>
    <w:tblStylePr w:type="lastRow">
      <w:rPr>
        <w:b/>
        <w:bCs/>
        <w:color w:val="5B4F65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0E7" w:themeFill="accent5" w:themeFillTint="3F"/>
      </w:tcPr>
    </w:tblStylePr>
    <w:tblStylePr w:type="band1Horz">
      <w:tblPr/>
      <w:tcPr>
        <w:shd w:val="clear" w:color="auto" w:fill="E8E6EC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EFF2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36484" w:themeFill="accent5" w:themeFillShade="CC"/>
      </w:tcPr>
    </w:tblStylePr>
    <w:tblStylePr w:type="lastRow">
      <w:rPr>
        <w:b/>
        <w:bCs/>
        <w:color w:val="73648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D7E0" w:themeFill="accent6" w:themeFillTint="3F"/>
      </w:tcPr>
    </w:tblStylePr>
    <w:tblStylePr w:type="band1Horz">
      <w:tblPr/>
      <w:tcPr>
        <w:shd w:val="clear" w:color="auto" w:fill="E2DEE6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C5F0" w:themeFill="accent1" w:themeFillTint="33"/>
    </w:tcPr>
    <w:tblStylePr w:type="firstRow">
      <w:rPr>
        <w:b/>
        <w:bCs/>
      </w:rPr>
      <w:tblPr/>
      <w:tcPr>
        <w:shd w:val="clear" w:color="auto" w:fill="D38BE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8BE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C1657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C1657" w:themeFill="accent1" w:themeFillShade="BF"/>
      </w:tcPr>
    </w:tblStylePr>
    <w:tblStylePr w:type="band1Vert">
      <w:tblPr/>
      <w:tcPr>
        <w:shd w:val="clear" w:color="auto" w:fill="C86EDA" w:themeFill="accent1" w:themeFillTint="7F"/>
      </w:tcPr>
    </w:tblStylePr>
    <w:tblStylePr w:type="band1Horz">
      <w:tblPr/>
      <w:tcPr>
        <w:shd w:val="clear" w:color="auto" w:fill="C86EDA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F2F6" w:themeFill="accent2" w:themeFillTint="33"/>
    </w:tcPr>
    <w:tblStylePr w:type="firstRow">
      <w:rPr>
        <w:b/>
        <w:bCs/>
      </w:rPr>
      <w:tblPr/>
      <w:tcPr>
        <w:shd w:val="clear" w:color="auto" w:fill="7BE6ED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BE6ED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C555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C555A" w:themeFill="accent2" w:themeFillShade="BF"/>
      </w:tcPr>
    </w:tblStylePr>
    <w:tblStylePr w:type="band1Vert">
      <w:tblPr/>
      <w:tcPr>
        <w:shd w:val="clear" w:color="auto" w:fill="5ADFE9" w:themeFill="accent2" w:themeFillTint="7F"/>
      </w:tcPr>
    </w:tblStylePr>
    <w:tblStylePr w:type="band1Horz">
      <w:tblPr/>
      <w:tcPr>
        <w:shd w:val="clear" w:color="auto" w:fill="5ADFE9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F5F8" w:themeFill="accent3" w:themeFillTint="33"/>
    </w:tcPr>
    <w:tblStylePr w:type="firstRow">
      <w:rPr>
        <w:b/>
        <w:bCs/>
      </w:rPr>
      <w:tblPr/>
      <w:tcPr>
        <w:shd w:val="clear" w:color="auto" w:fill="F0EBF1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0EBF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98FB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98FB0" w:themeFill="accent3" w:themeFillShade="BF"/>
      </w:tcPr>
    </w:tblStylePr>
    <w:tblStylePr w:type="band1Vert">
      <w:tblPr/>
      <w:tcPr>
        <w:shd w:val="clear" w:color="auto" w:fill="ECE7EE" w:themeFill="accent3" w:themeFillTint="7F"/>
      </w:tcPr>
    </w:tblStylePr>
    <w:tblStylePr w:type="band1Horz">
      <w:tblPr/>
      <w:tcPr>
        <w:shd w:val="clear" w:color="auto" w:fill="ECE7EE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3F1F5" w:themeFill="accent4" w:themeFillTint="33"/>
    </w:tcPr>
    <w:tblStylePr w:type="firstRow">
      <w:rPr>
        <w:b/>
        <w:bCs/>
      </w:rPr>
      <w:tblPr/>
      <w:tcPr>
        <w:shd w:val="clear" w:color="auto" w:fill="E8E4E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8E4E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9481A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9481A7" w:themeFill="accent4" w:themeFillShade="BF"/>
      </w:tcPr>
    </w:tblStylePr>
    <w:tblStylePr w:type="band1Vert">
      <w:tblPr/>
      <w:tcPr>
        <w:shd w:val="clear" w:color="auto" w:fill="E2DDE7" w:themeFill="accent4" w:themeFillTint="7F"/>
      </w:tcPr>
    </w:tblStylePr>
    <w:tblStylePr w:type="band1Horz">
      <w:tblPr/>
      <w:tcPr>
        <w:shd w:val="clear" w:color="auto" w:fill="E2DDE7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E6EC" w:themeFill="accent5" w:themeFillTint="33"/>
    </w:tcPr>
    <w:tblStylePr w:type="firstRow">
      <w:rPr>
        <w:b/>
        <w:bCs/>
      </w:rPr>
      <w:tblPr/>
      <w:tcPr>
        <w:shd w:val="clear" w:color="auto" w:fill="D2CDD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CDD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C5E7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C5E7C" w:themeFill="accent5" w:themeFillShade="BF"/>
      </w:tcPr>
    </w:tblStylePr>
    <w:tblStylePr w:type="band1Vert">
      <w:tblPr/>
      <w:tcPr>
        <w:shd w:val="clear" w:color="auto" w:fill="C8C1D0" w:themeFill="accent5" w:themeFillTint="7F"/>
      </w:tcPr>
    </w:tblStylePr>
    <w:tblStylePr w:type="band1Horz">
      <w:tblPr/>
      <w:tcPr>
        <w:shd w:val="clear" w:color="auto" w:fill="C8C1D0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DEE6" w:themeFill="accent6" w:themeFillTint="33"/>
    </w:tcPr>
    <w:tblStylePr w:type="firstRow">
      <w:rPr>
        <w:b/>
        <w:bCs/>
      </w:rPr>
      <w:tblPr/>
      <w:tcPr>
        <w:shd w:val="clear" w:color="auto" w:fill="C6BFC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6BFC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54A5E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54A5E" w:themeFill="accent6" w:themeFillShade="BF"/>
      </w:tcPr>
    </w:tblStylePr>
    <w:tblStylePr w:type="band1Vert">
      <w:tblPr/>
      <w:tcPr>
        <w:shd w:val="clear" w:color="auto" w:fill="B8AFC1" w:themeFill="accent6" w:themeFillTint="7F"/>
      </w:tcPr>
    </w:tblStylePr>
    <w:tblStylePr w:type="band1Horz">
      <w:tblPr/>
      <w:tcPr>
        <w:shd w:val="clear" w:color="auto" w:fill="B8AFC1" w:themeFill="accent6" w:themeFillTint="7F"/>
      </w:tcPr>
    </w:tblStylePr>
  </w:style>
  <w:style w:type="paragraph" w:customStyle="1" w:styleId="SectionHeading">
    <w:name w:val="Section Heading"/>
    <w:pPr>
      <w:spacing w:before="160" w:after="80"/>
    </w:pPr>
    <w:rPr>
      <w:rFonts w:ascii="Aptos Display" w:hAnsi="Aptos Display"/>
      <w:b/>
      <w:color w:val="652177"/>
      <w:sz w:val="28"/>
    </w:rPr>
  </w:style>
  <w:style w:type="paragraph" w:customStyle="1" w:styleId="Guidance">
    <w:name w:val="Guidance"/>
    <w:pPr>
      <w:spacing w:after="100"/>
    </w:pPr>
    <w:rPr>
      <w:rFonts w:ascii="Aptos" w:hAnsi="Aptos"/>
      <w:i/>
      <w:color w:val="666666"/>
      <w:sz w:val="17"/>
    </w:rPr>
  </w:style>
  <w:style w:type="character" w:styleId="Hyperlink">
    <w:name w:val="Hyperlink"/>
    <w:basedOn w:val="DefaultParagraphFont"/>
    <w:uiPriority w:val="99"/>
    <w:unhideWhenUsed/>
    <w:rsid w:val="000C115E"/>
    <w:rPr>
      <w:color w:val="10727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1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dbst.org.uk/page/?title=ODBST+Statutory+policies&amp;pid=27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DBST Colours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671E75"/>
      </a:accent1>
      <a:accent2>
        <a:srgbClr val="107279"/>
      </a:accent2>
      <a:accent3>
        <a:srgbClr val="DACFDD"/>
      </a:accent3>
      <a:accent4>
        <a:srgbClr val="C6BCD0"/>
      </a:accent4>
      <a:accent5>
        <a:srgbClr val="9183A1"/>
      </a:accent5>
      <a:accent6>
        <a:srgbClr val="72637F"/>
      </a:accent6>
      <a:hlink>
        <a:srgbClr val="107279"/>
      </a:hlink>
      <a:folHlink>
        <a:srgbClr val="D67D3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EB6E874D7344CB839FFE3FBC5034C" ma:contentTypeVersion="15" ma:contentTypeDescription="Create a new document." ma:contentTypeScope="" ma:versionID="07b91c7a3e861f5efd9b546b3cd8696c">
  <xsd:schema xmlns:xsd="http://www.w3.org/2001/XMLSchema" xmlns:xs="http://www.w3.org/2001/XMLSchema" xmlns:p="http://schemas.microsoft.com/office/2006/metadata/properties" xmlns:ns2="8d4fce54-b708-4620-8160-9cec8758ccdd" xmlns:ns3="d09f1efa-d521-4178-98fe-58ad62d8b10d" targetNamespace="http://schemas.microsoft.com/office/2006/metadata/properties" ma:root="true" ma:fieldsID="a05d2342828d89aa35f99920966abea5" ns2:_="" ns3:_="">
    <xsd:import namespace="8d4fce54-b708-4620-8160-9cec8758ccdd"/>
    <xsd:import namespace="d09f1efa-d521-4178-98fe-58ad62d8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fce54-b708-4620-8160-9cec8758c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f1efa-d521-4178-98fe-58ad62d8b10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f8e391-64c1-4f67-a767-4f7b295d1e2d}" ma:internalName="TaxCatchAll" ma:showField="CatchAllData" ma:web="d09f1efa-d521-4178-98fe-58ad62d8b1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4fce54-b708-4620-8160-9cec8758ccdd">
      <Terms xmlns="http://schemas.microsoft.com/office/infopath/2007/PartnerControls"/>
    </lcf76f155ced4ddcb4097134ff3c332f>
    <TaxCatchAll xmlns="d09f1efa-d521-4178-98fe-58ad62d8b10d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1069AE-D42D-432B-A98A-9BEBE0D8E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4fce54-b708-4620-8160-9cec8758ccdd"/>
    <ds:schemaRef ds:uri="d09f1efa-d521-4178-98fe-58ad62d8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C185F9-6BD0-4D61-96A5-F5488EA631A4}">
  <ds:schemaRefs>
    <ds:schemaRef ds:uri="http://schemas.microsoft.com/office/2006/metadata/properties"/>
    <ds:schemaRef ds:uri="http://schemas.microsoft.com/office/infopath/2007/PartnerControls"/>
    <ds:schemaRef ds:uri="8d4fce54-b708-4620-8160-9cec8758ccdd"/>
    <ds:schemaRef ds:uri="d09f1efa-d521-4178-98fe-58ad62d8b10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EAF83C-4659-476F-9CDA-E9A65B4DF1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ODBST Local Procedures and Contacts Schedule</vt:lpstr>
    </vt:vector>
  </TitlesOfParts>
  <Manager/>
  <Company/>
  <LinksUpToDate>false</LinksUpToDate>
  <CharactersWithSpaces>2529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ODBST Local Procedures and Contacts Schedule</dc:title>
  <dc:subject>Universal school proforma to accompany ODBST policies</dc:subject>
  <dc:creator>Emily Gatis</dc:creator>
  <cp:keywords/>
  <dc:description>generated by python-docx</dc:description>
  <cp:lastModifiedBy>E Gooding</cp:lastModifiedBy>
  <cp:revision>10</cp:revision>
  <dcterms:created xsi:type="dcterms:W3CDTF">2026-09-17T14:27:00Z</dcterms:created>
  <dcterms:modified xsi:type="dcterms:W3CDTF">2026-09-21T11:02:00Z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2026-09-08T10:18:13Z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da399e25-21bb-4394-ad87-92c179c5c89e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0x010100C9DEB6E874D7344CB839FFE3FBC5034C</vt:lpwstr>
  </property>
</Properties>
</file>